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TERMO DE RESPONSABILIDADE E COMPROMISSO</w:t>
      </w:r>
    </w:p>
    <w:p/>
    <w:p/>
    <w:p>
      <w:pPr>
        <w:jc w:val="both"/>
      </w:pPr>
      <w:r>
        <w:rPr>
          <w:b w:val="0"/>
          <w:sz w:val="22"/>
        </w:rPr>
        <w:t>Eu, ________________________________________________, brasileiro(a), portador(a) do RG nº _________________________ e CPF nº ____________________, residente e domiciliado(a) à _______________________________________________, declaro para os devidos fins que assumo inteira responsabilidade e compromisso pelas condições abaixo relacionadas, estando ciente das obrigações, direitos e deveres aqui estabelecidos.</w:t>
      </w:r>
    </w:p>
    <w:p/>
    <w:p/>
    <w:p>
      <w:pPr>
        <w:jc w:val="left"/>
      </w:pPr>
      <w:r>
        <w:rPr>
          <w:b/>
          <w:sz w:val="22"/>
        </w:rPr>
        <w:t>CLÁUSULA PRIMEIRA – DO OBJETO</w:t>
      </w:r>
    </w:p>
    <w:p>
      <w:pPr>
        <w:jc w:val="both"/>
      </w:pPr>
      <w:r>
        <w:rPr>
          <w:b w:val="0"/>
          <w:sz w:val="22"/>
        </w:rPr>
        <w:t>O presente Termo tem por objeto estabelecer as condições e responsabilidades do(a) signatário(a) em relação a ________________________________________, comprometendo-se a cumprir integralmente o que aqui se dispõe.</w:t>
      </w:r>
    </w:p>
    <w:p/>
    <w:p>
      <w:pPr>
        <w:jc w:val="left"/>
      </w:pPr>
      <w:r>
        <w:rPr>
          <w:b/>
          <w:sz w:val="22"/>
        </w:rPr>
        <w:t>CLÁUSULA SEGUNDA – DAS OBRIGAÇÕES DO(A) RESPONSÁVEL</w:t>
      </w:r>
    </w:p>
    <w:p>
      <w:pPr>
        <w:jc w:val="both"/>
      </w:pPr>
      <w:r>
        <w:rPr>
          <w:b w:val="0"/>
          <w:sz w:val="22"/>
        </w:rPr>
        <w:t>O(A) signatário(a) obriga-se a:</w:t>
        <w:br/>
        <w:t>1. Cumprir rigorosamente todas as normas, regulamentos e procedimentos aplicáveis;</w:t>
        <w:br/>
        <w:t>2. Zelar pela integridade dos bens, documentos e informações sob sua responsabilidade;</w:t>
        <w:br/>
        <w:t>3. Comunicar imediatamente qualquer irregularidade, dano ou problema relacionado ao objeto deste Termo;</w:t>
        <w:br/>
        <w:t>4. Responder civil e criminalmente por eventuais danos causados por negligência, imprudência ou imperícia.</w:t>
      </w:r>
    </w:p>
    <w:p/>
    <w:p>
      <w:pPr>
        <w:jc w:val="left"/>
      </w:pPr>
      <w:r>
        <w:rPr>
          <w:b/>
          <w:sz w:val="22"/>
        </w:rPr>
        <w:t>CLÁUSULA TERCEIRA – DAS RESPONSABILIDADES</w:t>
      </w:r>
    </w:p>
    <w:p>
      <w:pPr>
        <w:jc w:val="both"/>
      </w:pPr>
      <w:r>
        <w:rPr>
          <w:b w:val="0"/>
          <w:sz w:val="22"/>
        </w:rPr>
        <w:t>O(A) signatário(a) assume total responsabilidade por quaisquer prejuízos, danos ou consequências decorrentes do descumprimento das obrigações previstas neste Termo, isentando a parte contratante de quaisquer responsabilidades nessas hipóteses.</w:t>
      </w:r>
    </w:p>
    <w:p/>
    <w:p>
      <w:pPr>
        <w:jc w:val="left"/>
      </w:pPr>
      <w:r>
        <w:rPr>
          <w:b/>
          <w:sz w:val="22"/>
        </w:rPr>
        <w:t>CLÁUSULA QUARTA – DA VIGÊNCIA</w:t>
      </w:r>
    </w:p>
    <w:p>
      <w:pPr>
        <w:jc w:val="both"/>
      </w:pPr>
      <w:r>
        <w:rPr>
          <w:b w:val="0"/>
          <w:sz w:val="22"/>
        </w:rPr>
        <w:t>Este Termo entra em vigor na data de sua assinatura e terá validade até a completa execução das obrigações aqui assumidas, podendo ser rescindido mediante acordo mútuo ou por descumprimento de suas cláusulas.</w:t>
      </w:r>
    </w:p>
    <w:p/>
    <w:p>
      <w:pPr>
        <w:jc w:val="left"/>
      </w:pPr>
      <w:r>
        <w:rPr>
          <w:b/>
          <w:sz w:val="22"/>
        </w:rPr>
        <w:t>CLÁUSULA QUINTA – DAS DISPOSIÇÕES GERAIS</w:t>
      </w:r>
    </w:p>
    <w:p>
      <w:pPr>
        <w:jc w:val="both"/>
      </w:pPr>
      <w:r>
        <w:rPr>
          <w:b w:val="0"/>
          <w:sz w:val="22"/>
        </w:rPr>
        <w:t>1. O(A) signatário(a) declara estar ciente e de acordo com todas as condições estabelecidas neste Termo.</w:t>
        <w:br/>
        <w:t>2. Eventuais alterações deverão ser feitas por escrito e assinadas por ambas as partes.</w:t>
        <w:br/>
        <w:t>3. O presente Termo obriga não só as partes, mas também seus herdeiros e sucessores.</w:t>
        <w:br/>
        <w:t>4. Fica eleito o foro da comarca de __________________________ para dirimir quaisquer dúvidas ou litígios oriundos deste Termo.</w:t>
      </w:r>
    </w:p>
    <w:p/>
    <w:p/>
    <w:p>
      <w:pPr>
        <w:jc w:val="both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Assinatura do(a) Responsável</w:t>
      </w:r>
    </w:p>
    <w:p/>
    <w:p/>
    <w:p/>
    <w:p>
      <w:pPr>
        <w:jc w:val="both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Testemunha 1 - Nome, RG e Assinatura</w:t>
      </w:r>
    </w:p>
    <w:p/>
    <w:p/>
    <w:p/>
    <w:p>
      <w:pPr>
        <w:jc w:val="both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Testemunha 2 - Nome, RG e Assinatura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https://documentos-juris.com/termo-de-responsabilidade-e-compromisso/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termo-de-responsabilidade-e-compromisso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