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RECIBO DE ENTREGA DE DOCUMENTO</w:t>
      </w:r>
    </w:p>
    <w:p/>
    <w:p/>
    <w:p>
      <w:r>
        <w:rPr>
          <w:b w:val="0"/>
          <w:sz w:val="22"/>
        </w:rPr>
        <w:t>Eu, ____________________________________________, brasileiro(a), estado civil ____________, portador(a) do RG nº ______________________ e CPF nº ______________________, residente e domiciliado(a) à _________________________________________________________________, recebo neste ato de ________________________________________________________, inscrito(a) no CPF nº ______________________ e RG nº ______________________, o(s) seguinte(s) documento(s):</w:t>
      </w:r>
    </w:p>
    <w:p/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/>
    <w:p>
      <w:r>
        <w:rPr>
          <w:b w:val="0"/>
          <w:sz w:val="22"/>
        </w:rPr>
        <w:t>Declaro que recebi os documentos acima relacionados em perfeitas condições, em ___ (___) vias de igual teor e forma, para todos os fins legais e de direito.</w:t>
      </w:r>
    </w:p>
    <w:p/>
    <w:p>
      <w:r>
        <w:rPr>
          <w:b w:val="0"/>
          <w:sz w:val="22"/>
        </w:rPr>
        <w:t>Este recibo serve como prova da entrega dos documentos, firmando-se o compromisso de que os mesmos serão utilizados exclusivamente para os fins a que se destinam.</w:t>
      </w:r>
    </w:p>
    <w:p/>
    <w:p>
      <w:r>
        <w:rPr>
          <w:b w:val="0"/>
          <w:sz w:val="22"/>
        </w:rPr>
        <w:t>Local e data: ________________________________________, ____ de ____________________ de ________.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Assinatura do(a) Recebedor(a)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Assinatura do(a) Entregador(a) / Testemunha 1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Assinatura da Testemunha 2</w:t>
      </w:r>
    </w:p>
    <w:p/>
    <w:p>
      <w:r>
        <w:rPr>
          <w:b w:val="0"/>
          <w:sz w:val="22"/>
        </w:rPr>
        <w:t>Nome, RG e CPF das testemunhas:</w:t>
      </w:r>
    </w:p>
    <w:p>
      <w:r>
        <w:rPr>
          <w:b w:val="0"/>
          <w:sz w:val="22"/>
        </w:rPr>
        <w:t>1) Nome: __________________________________   RG: __________________   CPF: __________________</w:t>
      </w:r>
    </w:p>
    <w:p>
      <w:r>
        <w:rPr>
          <w:b w:val="0"/>
          <w:sz w:val="22"/>
        </w:rPr>
        <w:t>2) Nome: __________________________________   RG: __________________   CPF: 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https://documentos-juris.com/recibo-de-documento/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recibo-de-document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