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4"/>
        </w:rPr>
        <w:t>RECIBO DE VEÍCULO AUTOMOTOR</w:t>
      </w:r>
    </w:p>
    <w:p/>
    <w:p>
      <w:pPr>
        <w:jc w:val="both"/>
      </w:pPr>
      <w:r>
        <w:rPr>
          <w:b w:val="0"/>
          <w:sz w:val="22"/>
        </w:rPr>
        <w:t>Eu, ____________________________________________, brasileiro(a), portador(a) do RG nº ____________________, inscrito(a) no CPF sob nº ____________________, residente e domiciliado(a) à _________________________________________________________________, doravante denominado(a) VENDEDOR(A), declaro que recebi de ____________________________________________, brasileiro(a), portador(a) do RG nº ____________________, inscrito(a) no CPF sob nº ____________________, residente e domiciliado(a) à _________________________________________________________________, doravante denominado(a) COMPRADOR(A), a quantia de R$ __________________________ (______________________________________________________________), referente à venda do veículo automotor descrito a seguir, conforme as condições abaixo:</w:t>
      </w:r>
    </w:p>
    <w:p/>
    <w:p>
      <w:pPr>
        <w:jc w:val="both"/>
      </w:pPr>
      <w:r>
        <w:rPr>
          <w:b w:val="0"/>
          <w:sz w:val="22"/>
        </w:rPr>
        <w:t>Marca/Modelo: _______________________________________________________________</w:t>
      </w:r>
    </w:p>
    <w:p>
      <w:pPr>
        <w:jc w:val="both"/>
      </w:pPr>
      <w:r>
        <w:rPr>
          <w:b w:val="0"/>
          <w:sz w:val="22"/>
        </w:rPr>
        <w:t>Ano de Fabricação/Modelo: ___________________________________________________</w:t>
      </w:r>
    </w:p>
    <w:p>
      <w:pPr>
        <w:jc w:val="both"/>
      </w:pPr>
      <w:r>
        <w:rPr>
          <w:b w:val="0"/>
          <w:sz w:val="22"/>
        </w:rPr>
        <w:t>Cor: _______________________________________________________________________</w:t>
      </w:r>
    </w:p>
    <w:p>
      <w:pPr>
        <w:jc w:val="both"/>
      </w:pPr>
      <w:r>
        <w:rPr>
          <w:b w:val="0"/>
          <w:sz w:val="22"/>
        </w:rPr>
        <w:t>Placa: _____________________________________________________________________</w:t>
      </w:r>
    </w:p>
    <w:p>
      <w:pPr>
        <w:jc w:val="both"/>
      </w:pPr>
      <w:r>
        <w:rPr>
          <w:b w:val="0"/>
          <w:sz w:val="22"/>
        </w:rPr>
        <w:t>Renavam: ___________________________________________________________________</w:t>
      </w:r>
    </w:p>
    <w:p>
      <w:pPr>
        <w:jc w:val="both"/>
      </w:pPr>
      <w:r>
        <w:rPr>
          <w:b w:val="0"/>
          <w:sz w:val="22"/>
        </w:rPr>
        <w:t>Chassi: ____________________________________________________________________</w:t>
      </w:r>
    </w:p>
    <w:p>
      <w:pPr>
        <w:jc w:val="both"/>
      </w:pPr>
      <w:r>
        <w:rPr>
          <w:b w:val="0"/>
          <w:sz w:val="22"/>
        </w:rPr>
        <w:t>Número do Motor: ____________________________________________________________</w:t>
      </w:r>
    </w:p>
    <w:p/>
    <w:p>
      <w:pPr>
        <w:jc w:val="both"/>
      </w:pPr>
      <w:r>
        <w:rPr>
          <w:b w:val="0"/>
          <w:sz w:val="22"/>
        </w:rPr>
        <w:t>O veículo acima descrito foi vendido no estado em que se encontra, ciente o(a) COMPRADOR(A) de suas condições, estando livre de quaisquer ônus, multas, alienações, penhoras ou quaisquer outras restrições que possam impedir sua transferência.</w:t>
      </w:r>
    </w:p>
    <w:p/>
    <w:p>
      <w:pPr>
        <w:jc w:val="both"/>
      </w:pPr>
      <w:r>
        <w:rPr>
          <w:b w:val="0"/>
          <w:sz w:val="22"/>
        </w:rPr>
        <w:t>O(a) VENDEDOR(A) declara que o veículo está com toda a documentação em dia e que não possui débitos pendentes junto aos órgãos competentes.</w:t>
      </w:r>
    </w:p>
    <w:p/>
    <w:p>
      <w:pPr>
        <w:jc w:val="both"/>
      </w:pPr>
      <w:r>
        <w:rPr>
          <w:b w:val="0"/>
          <w:sz w:val="22"/>
        </w:rPr>
        <w:t>Fica o(a) COMPRADOR(A) responsável por quaisquer despesas, tributos, multas e encargos que venham a ocorrer a partir desta data, bem como pela transferência do veículo junto aos órgãos de trânsito competentes no prazo legal.</w:t>
      </w:r>
    </w:p>
    <w:p/>
    <w:p>
      <w:pPr>
        <w:jc w:val="both"/>
      </w:pPr>
      <w:r>
        <w:rPr>
          <w:b w:val="0"/>
          <w:sz w:val="22"/>
        </w:rPr>
        <w:t>Este recibo serve como comprovante de pagamento e transferência da posse do veículo mencionado, não implicando, no entanto, na transferência automática da propriedade, que deverá ser efetuada conforme a legislação vigente.</w:t>
      </w:r>
    </w:p>
    <w:p/>
    <w:p>
      <w:r>
        <w:rPr>
          <w:b w:val="0"/>
          <w:sz w:val="22"/>
        </w:rPr>
        <w:t>Local: _____________________________________________</w:t>
      </w:r>
    </w:p>
    <w:p>
      <w:r>
        <w:rPr>
          <w:b w:val="0"/>
          <w:sz w:val="22"/>
        </w:rPr>
        <w:t>Data: ______________________________________________</w:t>
      </w:r>
    </w:p>
    <w:p/>
    <w:p>
      <w:r>
        <w:rPr>
          <w:b w:val="0"/>
          <w:sz w:val="22"/>
        </w:rPr>
        <w:t>______________________________________________              ______________________________________________</w:t>
      </w:r>
    </w:p>
    <w:p>
      <w:pPr>
        <w:jc w:val="both"/>
      </w:pPr>
      <w:r>
        <w:rPr>
          <w:b w:val="0"/>
          <w:sz w:val="22"/>
        </w:rPr>
        <w:t>Assinatura do(a) VENDEDOR(A)                               Assinatura do(a) COMPRADOR(A)</w:t>
      </w:r>
    </w:p>
    <w:p/>
    <w:p>
      <w:pPr>
        <w:jc w:val="both"/>
      </w:pPr>
      <w:r>
        <w:rPr>
          <w:b w:val="0"/>
          <w:sz w:val="22"/>
        </w:rPr>
        <w:t>Testemunhas:</w:t>
      </w:r>
    </w:p>
    <w:p/>
    <w:p>
      <w:r>
        <w:rPr>
          <w:b w:val="0"/>
          <w:sz w:val="22"/>
        </w:rPr>
        <w:t>1. Nome: _________________________________________  CPF: ___________________________</w:t>
      </w:r>
    </w:p>
    <w:p>
      <w:pPr>
        <w:jc w:val="both"/>
      </w:pPr>
      <w:r>
        <w:rPr>
          <w:b w:val="0"/>
          <w:sz w:val="22"/>
        </w:rPr>
        <w:t xml:space="preserve">   Assinatura: _____________________________________</w:t>
      </w:r>
    </w:p>
    <w:p/>
    <w:p>
      <w:r>
        <w:rPr>
          <w:b w:val="0"/>
          <w:sz w:val="22"/>
        </w:rPr>
        <w:t>2. Nome: _________________________________________  CPF: ___________________________</w:t>
      </w:r>
    </w:p>
    <w:p>
      <w:pPr>
        <w:jc w:val="both"/>
      </w:pPr>
      <w:r>
        <w:rPr>
          <w:b w:val="0"/>
          <w:sz w:val="22"/>
        </w:rPr>
        <w:t xml:space="preserve">   Assinatura: _____________________________________</w:t>
      </w:r>
    </w:p>
    <w:p>
      <w:r>
        <w:br w:type="page"/>
      </w:r>
    </w:p>
    <w:p>
      <w:pPr>
        <w:jc w:val="center"/>
      </w:pPr>
      <w:r>
        <w:rPr>
          <w:color w:val="555555"/>
          <w:sz w:val="24"/>
        </w:rPr>
        <w:t>Fonte original deste documento:</w:t>
      </w:r>
    </w:p>
    <w:p>
      <w:pPr>
        <w:jc w:val="center"/>
      </w:pPr>
      <w:hyperlink r:id="rId9">
        <w:r>
          <w:rPr>
            <w:color w:val="0000FF"/>
            <w:u w:val="single"/>
          </w:rPr>
          <w:t>https://documentos-juris.com/recibo-de-carro/</w:t>
        </w:r>
      </w:hyperlink>
    </w:p>
    <w:p>
      <w:pPr>
        <w:jc w:val="center"/>
      </w:pPr>
      <w:r>
        <w:rPr>
          <w:color w:val="555555"/>
          <w:sz w:val="26"/>
        </w:rPr>
        <w:t>Este modelo foi útil para você?</w:t>
      </w:r>
    </w:p>
    <w:p>
      <w:pPr>
        <w:jc w:val="center"/>
      </w:pPr>
      <w:r>
        <w:rPr>
          <w:color w:val="555555"/>
          <w:sz w:val="26"/>
        </w:rPr>
        <w:t>Encontre outros modelos atualizados em:</w:t>
      </w:r>
    </w:p>
    <w:p>
      <w:pPr>
        <w:jc w:val="center"/>
      </w:pPr>
      <w:hyperlink r:id="rId10">
        <w:r>
          <w:rPr>
            <w:color w:val="0000FF"/>
            <w:u w:val="single"/>
          </w:rPr>
          <w:t>https://documentos-juris.com</w:t>
        </w:r>
      </w:hyperlink>
    </w:p>
    <w:p>
      <w:pPr>
        <w:jc w:val="center"/>
      </w:pPr>
      <w:r>
        <w:rPr>
          <w:color w:val="808080"/>
          <w:sz w:val="20"/>
        </w:rPr>
        <w:t>Este modelo é destinado exclusivamente para uso pessoal e não comercial.</w:t>
        <w:br/>
        <w:t>Ao compartilhar ou publicar, a citação da fonte é obrigatória. © documentos-juris.com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umentos-juris.com/recibo-de-carro/" TargetMode="External"/><Relationship Id="rId10" Type="http://schemas.openxmlformats.org/officeDocument/2006/relationships/hyperlink" Target="https://documentos-juri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