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</w:t>
      </w:r>
    </w:p>
    <w:p/>
    <w:p/>
    <w:p>
      <w:r>
        <w:rPr>
          <w:b w:val="0"/>
          <w:i w:val="0"/>
          <w:sz w:val="22"/>
        </w:rPr>
        <w:t>Outorgante: ____________________________________________________________, brasileiro(a), estado civil ____________, profissão ________________________, portador(a) do RG nº ____________________, inscrito(a) no CPF sob o nº ____________________, residente e domiciliado(a) à ________________________________________________________________, nº _______, bairro ___________________, cidade ____________________, Estado ________, CEP ____________.</w:t>
      </w:r>
    </w:p>
    <w:p/>
    <w:p>
      <w:r>
        <w:rPr>
          <w:b w:val="0"/>
          <w:i w:val="0"/>
          <w:sz w:val="22"/>
        </w:rPr>
        <w:t>Outorgado: ____________________________________________________________, brasileiro(a), estado civil ____________, profissão ________________________, portador(a) do RG nº ____________________, inscrito(a) no CPF sob o nº ____________________, residente e domiciliado(a) à ________________________________________________________________, nº _______, bairro ___________________, cidade ____________________, Estado ________, CEP ____________.</w:t>
      </w:r>
    </w:p>
    <w:p/>
    <w:p>
      <w:r>
        <w:rPr>
          <w:b w:val="0"/>
          <w:i w:val="0"/>
          <w:sz w:val="22"/>
        </w:rPr>
        <w:t>Pelo presente instrumento particular de procuração, o Outorgante nomeia e constitui seu bastante procurador o Outorgado para, em seu nome, praticar todos os atos necessários perante o Departamento Estadual de Trânsito – DETRAN, inclusive para:</w:t>
      </w:r>
    </w:p>
    <w:p/>
    <w:p>
      <w:r>
        <w:rPr>
          <w:b w:val="0"/>
          <w:i w:val="0"/>
          <w:sz w:val="22"/>
        </w:rPr>
        <w:t>1. Representar o Outorgante em quaisquer procedimentos administrativos junto ao DETRAN;</w:t>
      </w:r>
    </w:p>
    <w:p>
      <w:r>
        <w:rPr>
          <w:b w:val="0"/>
          <w:i w:val="0"/>
          <w:sz w:val="22"/>
        </w:rPr>
        <w:t>2. Requerer, retirar, assinar, receber e entregar documentos relativos a veículos de propriedade do Outorgante;</w:t>
      </w:r>
    </w:p>
    <w:p>
      <w:r>
        <w:rPr>
          <w:b w:val="0"/>
          <w:i w:val="0"/>
          <w:sz w:val="22"/>
        </w:rPr>
        <w:t>3. Realizar transferência de propriedade, emplacamento, licenciamento, renovação e atualização cadastral de veículos;</w:t>
      </w:r>
    </w:p>
    <w:p>
      <w:r>
        <w:rPr>
          <w:b w:val="0"/>
          <w:i w:val="0"/>
          <w:sz w:val="22"/>
        </w:rPr>
        <w:t>4. Requerer emissão de segunda via de documentos de veículos (CRLV, CRV);</w:t>
      </w:r>
    </w:p>
    <w:p>
      <w:r>
        <w:rPr>
          <w:b w:val="0"/>
          <w:i w:val="0"/>
          <w:sz w:val="22"/>
        </w:rPr>
        <w:t>5. Realizar pagamento de multas e débitos relacionados aos veículos do Outorgante;</w:t>
      </w:r>
    </w:p>
    <w:p>
      <w:r>
        <w:rPr>
          <w:b w:val="0"/>
          <w:i w:val="0"/>
          <w:sz w:val="22"/>
        </w:rPr>
        <w:t>6. Assinar quaisquer documentos e formulários necessários para os fins acima descritos;</w:t>
      </w:r>
    </w:p>
    <w:p>
      <w:r>
        <w:rPr>
          <w:b w:val="0"/>
          <w:i w:val="0"/>
          <w:sz w:val="22"/>
        </w:rPr>
        <w:t>7. Praticar todos os demais atos que se fizerem necessários para o fiel cumprimento deste mandato.</w:t>
      </w:r>
    </w:p>
    <w:p/>
    <w:p>
      <w:r>
        <w:rPr>
          <w:b w:val="0"/>
          <w:i w:val="0"/>
          <w:sz w:val="22"/>
        </w:rPr>
        <w:t>O presente mandato é outorgado com poderes para substabelecer, total ou parcialmente, podendo o Outorgado agir com ou sem reservas de poderes conforme necessário.</w:t>
      </w:r>
    </w:p>
    <w:p/>
    <w:p>
      <w:r>
        <w:rPr>
          <w:b w:val="0"/>
          <w:i w:val="0"/>
          <w:sz w:val="22"/>
        </w:rPr>
        <w:t>Local e data: ____________________________, ________________ de _______________ de ________.</w:t>
      </w:r>
    </w:p>
    <w:p/>
    <w:p>
      <w:r>
        <w:rPr>
          <w:b w:val="0"/>
          <w:i w:val="0"/>
          <w:sz w:val="22"/>
        </w:rPr>
        <w:t>______________________________________________________________</w:t>
      </w:r>
    </w:p>
    <w:p>
      <w:r>
        <w:rPr>
          <w:b w:val="0"/>
          <w:i w:val="0"/>
          <w:sz w:val="22"/>
        </w:rPr>
        <w:t>Assinatura do Outorgante</w:t>
      </w:r>
    </w:p>
    <w:p/>
    <w:p>
      <w:r>
        <w:rPr>
          <w:b w:val="0"/>
          <w:i w:val="0"/>
          <w:sz w:val="22"/>
        </w:rPr>
        <w:t>______________________________________________________________</w:t>
      </w:r>
    </w:p>
    <w:p>
      <w:r>
        <w:rPr>
          <w:b w:val="0"/>
          <w:i w:val="0"/>
          <w:sz w:val="22"/>
        </w:rPr>
        <w:t>Assinatura do Outorgado</w:t>
      </w:r>
    </w:p>
    <w:p/>
    <w:p>
      <w:r>
        <w:rPr>
          <w:b w:val="0"/>
          <w:i w:val="0"/>
          <w:sz w:val="22"/>
        </w:rPr>
        <w:t>Testemunhas:</w:t>
      </w:r>
    </w:p>
    <w:p>
      <w:r>
        <w:rPr>
          <w:b w:val="0"/>
          <w:i w:val="0"/>
          <w:sz w:val="22"/>
        </w:rPr>
        <w:t>1. Nome: ______________________________  RG: ____________________________</w:t>
      </w:r>
    </w:p>
    <w:p>
      <w:r>
        <w:rPr>
          <w:b w:val="0"/>
          <w:i w:val="0"/>
          <w:sz w:val="22"/>
        </w:rPr>
        <w:t>2. Nome: ______________________________  RG: ____________________________</w:t>
      </w:r>
    </w:p>
    <w:p/>
    <w:p>
      <w:r>
        <w:rPr>
          <w:b w:val="0"/>
          <w:i/>
          <w:sz w:val="22"/>
        </w:rPr>
        <w:t>Obs.: Este documento deverá ser assinado pelo Outorgante e Outorgado, preferencialmente com reconhecimento de firma em cartório para validade perante o DETRAN.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https://documentos-juris.com/procuracao-para-o-detran/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procuracao-para-o-detran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