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PEDIDO DE DEMISSÃO SEM AVISO PRÉVIO</w:t>
      </w:r>
    </w:p>
    <w:p/>
    <w:p/>
    <w:p>
      <w:r>
        <w:rPr>
          <w:b w:val="0"/>
          <w:sz w:val="22"/>
        </w:rPr>
        <w:t>AO(À) SR.(A) GERENTE DE RECURSOS HUMANOS DA</w:t>
      </w:r>
    </w:p>
    <w:p>
      <w:r>
        <w:rPr>
          <w:b w:val="0"/>
          <w:sz w:val="22"/>
        </w:rPr>
        <w:t>EMPRESA 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/>
    <w:p>
      <w:r>
        <w:rPr>
          <w:b w:val="0"/>
          <w:sz w:val="22"/>
        </w:rPr>
        <w:t>Eu, ____________________________________________________________, brasileiro(a),</w:t>
      </w:r>
    </w:p>
    <w:p>
      <w:r>
        <w:rPr>
          <w:b w:val="0"/>
          <w:sz w:val="22"/>
        </w:rPr>
        <w:t>portador(a) do RG nº ___________________, CPF nº ___________________,</w:t>
      </w:r>
    </w:p>
    <w:p>
      <w:r>
        <w:rPr>
          <w:b w:val="0"/>
          <w:sz w:val="22"/>
        </w:rPr>
        <w:t>residente e domiciliado(a) à ____________________________________________,</w:t>
      </w:r>
    </w:p>
    <w:p>
      <w:r>
        <w:rPr>
          <w:b w:val="0"/>
          <w:sz w:val="22"/>
        </w:rPr>
        <w:t>venho por meio desta apresentar meu pedido de demissão sem cumprimento do aviso prévio,</w:t>
      </w:r>
    </w:p>
    <w:p>
      <w:r>
        <w:rPr>
          <w:b w:val="0"/>
          <w:sz w:val="22"/>
        </w:rPr>
        <w:t>com fundamento no artigo 487, § 6º da CLT, e demais legislações aplicáveis.</w:t>
      </w:r>
    </w:p>
    <w:p/>
    <w:p>
      <w:r>
        <w:rPr>
          <w:b w:val="0"/>
          <w:sz w:val="22"/>
        </w:rPr>
        <w:t>Declaro que estou ciente das consequências legais da minha decisão,</w:t>
      </w:r>
    </w:p>
    <w:p>
      <w:r>
        <w:rPr>
          <w:b w:val="0"/>
          <w:sz w:val="22"/>
        </w:rPr>
        <w:t>renunciando ao cumprimento do aviso prévio e a respectiva indenização,</w:t>
      </w:r>
    </w:p>
    <w:p>
      <w:r>
        <w:rPr>
          <w:b w:val="0"/>
          <w:sz w:val="22"/>
        </w:rPr>
        <w:t>assim como autorizando a empresa a descontar de minhas verbas rescisórias o valor correspondente ao período do aviso prévio não cumprido,</w:t>
      </w:r>
    </w:p>
    <w:p>
      <w:r>
        <w:rPr>
          <w:b w:val="0"/>
          <w:sz w:val="22"/>
        </w:rPr>
        <w:t>conforme previsto na legislação trabalhista vigente.</w:t>
      </w:r>
    </w:p>
    <w:p/>
    <w:p>
      <w:r>
        <w:rPr>
          <w:b w:val="0"/>
          <w:sz w:val="22"/>
        </w:rPr>
        <w:t>Solicito que sejam tomadas as providências necessárias para o encerramento do meu contrato de trabalho,</w:t>
      </w:r>
    </w:p>
    <w:p>
      <w:r>
        <w:rPr>
          <w:b/>
          <w:sz w:val="22"/>
        </w:rPr>
        <w:t>com a quitação das verbas rescisórias devidas, incluindo, mas não se limitando a:</w:t>
      </w:r>
    </w:p>
    <w:p/>
    <w:p>
      <w:r>
        <w:rPr>
          <w:b w:val="0"/>
          <w:sz w:val="22"/>
        </w:rPr>
        <w:t>- Saldo de salário;</w:t>
      </w:r>
    </w:p>
    <w:p>
      <w:r>
        <w:rPr>
          <w:b w:val="0"/>
          <w:sz w:val="22"/>
        </w:rPr>
        <w:t>- Férias vencidas e proporcionais acrescidas de 1/3 constitucional;</w:t>
      </w:r>
    </w:p>
    <w:p>
      <w:r>
        <w:rPr>
          <w:b w:val="0"/>
          <w:sz w:val="22"/>
        </w:rPr>
        <w:t>- 13º salário proporcional;</w:t>
      </w:r>
    </w:p>
    <w:p>
      <w:r>
        <w:rPr>
          <w:b w:val="0"/>
          <w:sz w:val="22"/>
        </w:rPr>
        <w:t>- FGTS depositado durante o contrato e a liberação da multa de 40%;</w:t>
      </w:r>
    </w:p>
    <w:p>
      <w:r>
        <w:rPr>
          <w:b w:val="0"/>
          <w:sz w:val="22"/>
        </w:rPr>
        <w:t>- Outros direitos trabalhistas decorrentes do vínculo empregatício.</w:t>
      </w:r>
    </w:p>
    <w:p/>
    <w:p>
      <w:r>
        <w:rPr>
          <w:b w:val="0"/>
          <w:sz w:val="22"/>
        </w:rPr>
        <w:t>Requeiro ainda o fornecimento dos documentos necessários para o levantamento do FGTS e habilitação no seguro-desemprego,</w:t>
      </w:r>
    </w:p>
    <w:p>
      <w:r>
        <w:rPr>
          <w:b w:val="0"/>
          <w:sz w:val="22"/>
        </w:rPr>
        <w:t>quando cabível.</w:t>
      </w:r>
    </w:p>
    <w:p/>
    <w:p>
      <w:r>
        <w:rPr>
          <w:b w:val="0"/>
          <w:sz w:val="22"/>
        </w:rPr>
        <w:t>Por fim, agradeço a oportunidade e coloco-me à disposição para eventuais esclarecimentos.</w:t>
      </w:r>
    </w:p>
    <w:p/>
    <w:p>
      <w:r>
        <w:rPr>
          <w:b w:val="0"/>
          <w:sz w:val="22"/>
        </w:rPr>
        <w:t>Sem mais para o momento,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______________________________, ____ de ________________________ de 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empregado(a)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 completo legível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RG nº ______________________ CPF nº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https://documentos-juris.com/pedido-de-demissao-sem-aviso-previo/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pedido-de-demissao-sem-aviso-previ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