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4"/>
        </w:rPr>
        <w:t>JUSTIFICATIVA DE FALTA NO TRABALHO</w:t>
      </w:r>
    </w:p>
    <w:p/>
    <w:p/>
    <w:p>
      <w:r>
        <w:rPr>
          <w:b w:val="0"/>
          <w:sz w:val="22"/>
        </w:rPr>
        <w:t>À</w:t>
      </w:r>
    </w:p>
    <w:p>
      <w:r>
        <w:rPr>
          <w:b w:val="0"/>
          <w:sz w:val="22"/>
        </w:rPr>
        <w:t>Empresa _____________________________________________________________</w:t>
      </w:r>
    </w:p>
    <w:p>
      <w:r>
        <w:rPr>
          <w:b w:val="0"/>
          <w:sz w:val="22"/>
        </w:rPr>
        <w:t>Setor de Recursos Humanos</w:t>
      </w:r>
    </w:p>
    <w:p>
      <w:r>
        <w:rPr>
          <w:b w:val="0"/>
          <w:sz w:val="22"/>
        </w:rPr>
        <w:t>__________________________________________</w:t>
      </w:r>
    </w:p>
    <w:p/>
    <w:p>
      <w:r>
        <w:rPr>
          <w:b w:val="0"/>
          <w:sz w:val="22"/>
        </w:rPr>
        <w:t>Eu, ________________________________________________, portador(a) do CPF nº ________________, CTPS nº ________________, série ________, empregado(a) desta empresa, venho respeitosamente apresentar a presente JUSTIFICATIVA DE FALTA, referente ao(s) dia(s):</w:t>
      </w:r>
    </w:p>
    <w:p/>
    <w:p>
      <w:pPr>
        <w:jc w:val="center"/>
      </w:pPr>
      <w:r>
        <w:rPr>
          <w:b/>
          <w:sz w:val="22"/>
        </w:rPr>
        <w:t>___/___/________ a ___/___/________</w:t>
      </w:r>
    </w:p>
    <w:p/>
    <w:p>
      <w:r>
        <w:rPr>
          <w:b w:val="0"/>
          <w:sz w:val="22"/>
        </w:rPr>
        <w:t>Motivo da ausência:</w:t>
      </w:r>
    </w:p>
    <w:p/>
    <w:p>
      <w:r>
        <w:rPr>
          <w:b w:val="0"/>
          <w:sz w:val="22"/>
        </w:rPr>
        <w:t>___________________________________________________________________________________________</w:t>
      </w:r>
    </w:p>
    <w:p>
      <w:r>
        <w:rPr>
          <w:b w:val="0"/>
          <w:sz w:val="22"/>
        </w:rPr>
        <w:t>___________________________________________________________________________________________</w:t>
      </w:r>
    </w:p>
    <w:p>
      <w:r>
        <w:rPr>
          <w:b w:val="0"/>
          <w:sz w:val="22"/>
        </w:rPr>
        <w:t>___________________________________________________________________________________________</w:t>
      </w:r>
    </w:p>
    <w:p/>
    <w:p>
      <w:r>
        <w:rPr>
          <w:b w:val="0"/>
          <w:sz w:val="22"/>
        </w:rPr>
        <w:t>Declaro para os devidos fins que a falta justificada se deu por motivo legítimo, conforme dispõe o artigo 473 da Consolidação das Leis do Trabalho (CLT), que prevê as hipóteses em que o empregado pode deixar de comparecer ao serviço sem prejuízo do salário.</w:t>
      </w:r>
    </w:p>
    <w:p/>
    <w:p>
      <w:r>
        <w:rPr>
          <w:b w:val="0"/>
          <w:sz w:val="22"/>
        </w:rPr>
        <w:t>Ressalto que, caso seja necessário, estou à disposição para apresentar documentos comprobatórios que fundamentem esta justificativa.</w:t>
      </w:r>
    </w:p>
    <w:p/>
    <w:p/>
    <w:p>
      <w:r>
        <w:rPr>
          <w:b w:val="0"/>
          <w:sz w:val="22"/>
        </w:rPr>
        <w:t>Diante do exposto, solicito a devida compreensão e o abono da(s) falta(s) mencionada(s).</w:t>
      </w:r>
    </w:p>
    <w:p/>
    <w:p/>
    <w:p/>
    <w:p>
      <w:r>
        <w:rPr>
          <w:b w:val="0"/>
          <w:sz w:val="22"/>
        </w:rPr>
        <w:t>___________________________________________</w:t>
      </w:r>
    </w:p>
    <w:p>
      <w:r>
        <w:rPr>
          <w:b w:val="0"/>
          <w:sz w:val="22"/>
        </w:rPr>
        <w:t>Localidade</w:t>
      </w:r>
    </w:p>
    <w:p>
      <w:r>
        <w:rPr>
          <w:b w:val="0"/>
          <w:sz w:val="22"/>
        </w:rPr>
      </w:r>
    </w:p>
    <w:p>
      <w:r>
        <w:rPr>
          <w:b w:val="0"/>
          <w:sz w:val="22"/>
        </w:rPr>
        <w:t>___________________________________________</w:t>
      </w:r>
    </w:p>
    <w:p>
      <w:r>
        <w:rPr>
          <w:b w:val="0"/>
          <w:sz w:val="22"/>
        </w:rPr>
        <w:t>Data</w:t>
      </w:r>
    </w:p>
    <w:p/>
    <w:p/>
    <w:p/>
    <w:p>
      <w:pPr>
        <w:jc w:val="center"/>
      </w:pPr>
      <w:r>
        <w:rPr>
          <w:b w:val="0"/>
          <w:sz w:val="22"/>
        </w:rPr>
        <w:t>___________________________________________</w:t>
      </w:r>
    </w:p>
    <w:p>
      <w:pPr>
        <w:jc w:val="center"/>
      </w:pPr>
      <w:r>
        <w:rPr>
          <w:b w:val="0"/>
          <w:sz w:val="22"/>
        </w:rPr>
        <w:t>Assinatura do(a) empregado(a)</w:t>
      </w:r>
    </w:p>
    <w:p/>
    <w:p/>
    <w:p>
      <w:r>
        <w:rPr>
          <w:b/>
          <w:sz w:val="22"/>
        </w:rPr>
        <w:t>Observações:</w:t>
      </w:r>
    </w:p>
    <w:p>
      <w:r>
        <w:rPr>
          <w:b w:val="0"/>
          <w:sz w:val="22"/>
        </w:rPr>
        <w:t>- Esta justificativa deverá ser entregue ao setor competente da empresa em até 48 horas após o retorno ao trabalho.</w:t>
      </w:r>
    </w:p>
    <w:p>
      <w:r>
        <w:rPr>
          <w:b w:val="0"/>
          <w:sz w:val="22"/>
        </w:rPr>
        <w:t>- A empresa poderá solicitar documentos comprobatórios (atestado médico, boletim policial, etc.) para análise da justificativa.</w:t>
      </w:r>
    </w:p>
    <w:p>
      <w:r>
        <w:rPr>
          <w:b w:val="0"/>
          <w:sz w:val="22"/>
        </w:rPr>
        <w:t>- A falta justificada, se aceita pela empresa, não será descontada do salário nem contabilizada como ausência injustificada.</w:t>
      </w:r>
    </w:p>
    <w:p>
      <w:r>
        <w:rPr>
          <w:b w:val="0"/>
          <w:sz w:val="22"/>
        </w:rPr>
        <w:t>- O não cumprimento destas condições poderá implicar em desconto salarial ou outra sanção prevista no contrato de trabalho.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https://documentos-juris.com/justificativa-de-falta-no-trabalho/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https://documentos-juris.com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documentos-juris.com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cumentos-juris.com/justificativa-de-falta-no-trabalho/" TargetMode="External"/><Relationship Id="rId10" Type="http://schemas.openxmlformats.org/officeDocument/2006/relationships/hyperlink" Target="https://documentos-juri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