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DISTRATO SOCIAL</w:t>
      </w:r>
    </w:p>
    <w:p/>
    <w:p/>
    <w:p>
      <w:pPr>
        <w:ind w:firstLine="425"/>
      </w:pPr>
      <w:r>
        <w:rPr>
          <w:b w:val="0"/>
          <w:sz w:val="22"/>
        </w:rPr>
        <w:t>Pelo presente instrumento particular de distrato social,</w:t>
      </w:r>
    </w:p>
    <w:p>
      <w:pPr>
        <w:ind w:firstLine="425"/>
      </w:pPr>
      <w:r>
        <w:rPr>
          <w:b w:val="0"/>
          <w:sz w:val="22"/>
        </w:rPr>
        <w:t>os sócios abaixo assinados:</w:t>
      </w:r>
    </w:p>
    <w:p/>
    <w:p>
      <w:pPr>
        <w:ind w:firstLine="425"/>
      </w:pPr>
      <w:r>
        <w:rPr>
          <w:b w:val="0"/>
          <w:sz w:val="22"/>
        </w:rPr>
        <w:t>1. ________________________________________________________________, brasileiro(a), estado civil ______________, profissão ____________________, portador(a) do CPF nº ___________________ e RG nº ___________________, residente e domiciliado(a) à ________________________________________________,</w:t>
      </w:r>
    </w:p>
    <w:p>
      <w:pPr>
        <w:ind w:firstLine="425"/>
      </w:pPr>
      <w:r>
        <w:rPr>
          <w:b w:val="0"/>
          <w:sz w:val="22"/>
        </w:rPr>
        <w:t>2. ________________________________________________________________, brasileiro(a), estado civil ______________, profissão ____________________, portador(a) do CPF nº ___________________ e RG nº ___________________, residente e domiciliado(a) à ________________________________________________,</w:t>
      </w:r>
    </w:p>
    <w:p/>
    <w:p>
      <w:pPr>
        <w:ind w:firstLine="425"/>
      </w:pPr>
      <w:r>
        <w:rPr>
          <w:b w:val="0"/>
          <w:sz w:val="22"/>
        </w:rPr>
        <w:t>têm entre si, justo e contratado, na melhor forma de direito, o seguinte:</w:t>
      </w:r>
    </w:p>
    <w:p/>
    <w:p>
      <w:pPr>
        <w:jc w:val="center"/>
      </w:pPr>
      <w:r>
        <w:rPr>
          <w:b/>
          <w:sz w:val="24"/>
        </w:rPr>
        <w:t>I – DA EMPRESA</w:t>
      </w:r>
    </w:p>
    <w:p/>
    <w:p/>
    <w:p>
      <w:pPr>
        <w:ind w:firstLine="425"/>
      </w:pPr>
      <w:r>
        <w:rPr>
          <w:b w:val="0"/>
          <w:sz w:val="22"/>
        </w:rPr>
        <w:t>A sociedade empresária _____________ Ltda., inscrita no CNPJ sob nº ________________, com sede à ________________________________________________________________,</w:t>
      </w:r>
    </w:p>
    <w:p>
      <w:pPr>
        <w:ind w:firstLine="425"/>
      </w:pPr>
      <w:r>
        <w:rPr>
          <w:b w:val="0"/>
          <w:sz w:val="22"/>
        </w:rPr>
        <w:t>constituiu-se em ___/___/____, tendo como objeto social: ________________________________________________________________.</w:t>
      </w:r>
    </w:p>
    <w:p/>
    <w:p>
      <w:pPr>
        <w:jc w:val="center"/>
      </w:pPr>
      <w:r>
        <w:rPr>
          <w:b/>
          <w:sz w:val="24"/>
        </w:rPr>
        <w:t>II – DO DISTRATO SOCIAL</w:t>
      </w:r>
    </w:p>
    <w:p/>
    <w:p/>
    <w:p>
      <w:pPr>
        <w:ind w:firstLine="425"/>
      </w:pPr>
      <w:r>
        <w:rPr>
          <w:b w:val="0"/>
          <w:sz w:val="22"/>
        </w:rPr>
        <w:t>Os sócios resolvem, de comum acordo, dissolver a sociedade empresarial acima mencionada, nos termos do artigo 1.031 e seguintes do Código Civil, mediante o presente distrato social, que se rege pelas seguintes cláusulas:</w:t>
      </w:r>
    </w:p>
    <w:p/>
    <w:p>
      <w:pPr>
        <w:ind w:firstLine="425"/>
      </w:pPr>
      <w:r>
        <w:rPr>
          <w:b/>
          <w:sz w:val="22"/>
        </w:rPr>
        <w:t>Cláusula 1ª – A sociedade será dissolvida na data da assinatura deste instrumento, cessando imediatamente suas atividades sociais.</w:t>
      </w:r>
    </w:p>
    <w:p/>
    <w:p>
      <w:pPr>
        <w:ind w:firstLine="425"/>
      </w:pPr>
      <w:r>
        <w:rPr>
          <w:b/>
          <w:sz w:val="22"/>
        </w:rPr>
        <w:t>Cláusula 2ª – Os sócios declaram que a empresa não possui dívidas ou obrigações pendentes a serem saldadas, respondendo cada um pelas obrigações sociais até a presente data.</w:t>
      </w:r>
    </w:p>
    <w:p/>
    <w:p>
      <w:pPr>
        <w:ind w:firstLine="425"/>
      </w:pPr>
      <w:r>
        <w:rPr>
          <w:b/>
          <w:sz w:val="22"/>
        </w:rPr>
        <w:t>Cláusula 3ª – Os bens, direitos e obrigações sociais serão apurados, avaliados e partilhados entre os sócios na proporção de suas quotas no capital social, conforme balanço que será elaborado e assinado em anexo a este instrumento.</w:t>
      </w:r>
    </w:p>
    <w:p/>
    <w:p>
      <w:pPr>
        <w:ind w:firstLine="425"/>
      </w:pPr>
      <w:r>
        <w:rPr>
          <w:b/>
          <w:sz w:val="22"/>
        </w:rPr>
        <w:t>Cláusula 4ª – Fica eleito o sócio __________________________________________________ para praticar todos os atos necessários à baixa da sociedade perante os órgãos públicos, incluindo, mas não se limitando a, Junta Comercial, Receita Federal, Prefeitura Municipal e demais órgãos competentes.</w:t>
      </w:r>
    </w:p>
    <w:p/>
    <w:p>
      <w:pPr>
        <w:ind w:firstLine="425"/>
      </w:pPr>
      <w:r>
        <w:rPr>
          <w:b/>
          <w:sz w:val="22"/>
        </w:rPr>
        <w:t>Cláusula 5ª – Os sócios dão entre si plena, geral e irrevogável quitação relativamente ao objeto deste distrato, nada mais tendo a exigir ou reclamar um do outro em razão da sociedade ora dissolvida.</w:t>
      </w:r>
    </w:p>
    <w:p/>
    <w:p>
      <w:pPr>
        <w:jc w:val="center"/>
      </w:pPr>
      <w:r>
        <w:rPr>
          <w:b/>
          <w:sz w:val="24"/>
        </w:rPr>
        <w:t>III – DAS DISPOSIÇÕES GERAIS</w:t>
      </w:r>
    </w:p>
    <w:p/>
    <w:p/>
    <w:p>
      <w:pPr>
        <w:ind w:firstLine="425"/>
      </w:pPr>
      <w:r>
        <w:rPr>
          <w:b/>
          <w:sz w:val="22"/>
        </w:rPr>
        <w:t>Cláusula 6ª – Este distrato social obriga as partes e seus sucessores a qualquer título.</w:t>
      </w:r>
    </w:p>
    <w:p/>
    <w:p>
      <w:pPr>
        <w:ind w:firstLine="425"/>
      </w:pPr>
      <w:r>
        <w:rPr>
          <w:b/>
          <w:sz w:val="22"/>
        </w:rPr>
        <w:t>Cláusula 7ª – Os casos omissos serão resolvidos de comum acordo entre os sócios, observando-se a legislação vigente.</w:t>
      </w:r>
    </w:p>
    <w:p/>
    <w:p>
      <w:pPr>
        <w:jc w:val="center"/>
      </w:pPr>
      <w:r>
        <w:rPr>
          <w:b/>
          <w:sz w:val="24"/>
        </w:rPr>
        <w:t>IV – DO FORO</w:t>
      </w:r>
    </w:p>
    <w:p/>
    <w:p/>
    <w:p>
      <w:pPr>
        <w:ind w:firstLine="425"/>
      </w:pPr>
      <w:r>
        <w:rPr>
          <w:b w:val="0"/>
          <w:sz w:val="22"/>
        </w:rPr>
        <w:t>Fica eleito o foro da comarca de __________________________ para dirimir quaisquer dúvidas ou questões oriundas deste instrumento, com renúncia expressa de qualquer outro, por mais privilegiado que seja.</w:t>
      </w:r>
    </w:p>
    <w:p/>
    <w:p>
      <w:pPr>
        <w:ind w:firstLine="425"/>
      </w:pPr>
      <w:r>
        <w:rPr>
          <w:b w:val="0"/>
          <w:sz w:val="22"/>
        </w:rPr>
        <w:t>E por estarem assim justos e contratados, assinam o presente instrumento em 3 (três) vias de igual teor e forma, na presença das testemunhas abaixo.</w:t>
      </w:r>
    </w:p>
    <w:p/>
    <w:p>
      <w:pPr>
        <w:jc w:val="center"/>
      </w:pPr>
      <w:r>
        <w:rPr>
          <w:b w:val="0"/>
          <w:sz w:val="22"/>
        </w:rPr>
        <w:t>______________________________                  ______________________________</w:t>
      </w:r>
    </w:p>
    <w:p>
      <w:pPr>
        <w:ind w:firstLine="425"/>
      </w:pPr>
      <w:r>
        <w:rPr>
          <w:b w:val="0"/>
          <w:sz w:val="22"/>
        </w:rPr>
        <w:t>Sócio 1 (Nome completo)                             Sócio 2 (Nome completo)</w:t>
      </w:r>
    </w:p>
    <w:p/>
    <w:p>
      <w:pPr>
        <w:jc w:val="center"/>
      </w:pPr>
      <w:r>
        <w:rPr>
          <w:b w:val="0"/>
          <w:sz w:val="22"/>
        </w:rPr>
        <w:t>Testemunhas:</w:t>
      </w:r>
    </w:p>
    <w:p/>
    <w:p>
      <w:pPr>
        <w:ind w:firstLine="425"/>
      </w:pPr>
      <w:r>
        <w:rPr>
          <w:b w:val="0"/>
          <w:sz w:val="22"/>
        </w:rPr>
        <w:t>1. _____________________________    CPF: __________________________</w:t>
      </w:r>
    </w:p>
    <w:p>
      <w:pPr>
        <w:ind w:firstLine="425"/>
      </w:pPr>
      <w:r>
        <w:rPr>
          <w:b w:val="0"/>
          <w:sz w:val="22"/>
        </w:rPr>
        <w:t>2. _____________________________    CPF: 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https://documentos-juris.com/distrato-social/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https://documentos-juris.com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documentos-juris.com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juris.com/distrato-social/" TargetMode="External"/><Relationship Id="rId10" Type="http://schemas.openxmlformats.org/officeDocument/2006/relationships/hyperlink" Target="https://documentos-juri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