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PROMESSA DE COMPRA E VENDA</w:t>
      </w:r>
    </w:p>
    <w:p/>
    <w:p/>
    <w:p>
      <w:r>
        <w:rPr>
          <w:b/>
          <w:sz w:val="22"/>
        </w:rPr>
        <w:t>PROMITENTE VENDEDOR: 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Nacionalidade: 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Estado Civil: 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Profissão: 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CPF/CNPJ: 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Endereço: _________________________________________________________________</w:t>
      </w:r>
    </w:p>
    <w:p/>
    <w:p>
      <w:r>
        <w:rPr>
          <w:b/>
          <w:sz w:val="22"/>
        </w:rPr>
        <w:t>PROMITENTE COMPRADOR: 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Nacionalidade: 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Estado Civil: 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Profissão: 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CPF/CNPJ: _________________________________________________________________</w:t>
      </w:r>
    </w:p>
    <w:p>
      <w:pPr>
        <w:ind w:firstLine="567"/>
      </w:pPr>
      <w:r>
        <w:rPr>
          <w:b w:val="0"/>
          <w:sz w:val="22"/>
        </w:rPr>
        <w:t>Endereço: _________________________________________________________________</w:t>
      </w:r>
    </w:p>
    <w:p/>
    <w:p/>
    <w:p>
      <w:r>
        <w:rPr>
          <w:b/>
          <w:sz w:val="22"/>
        </w:rPr>
        <w:t>CLÁUSULA PRIMEIRA – DO OBJETO</w:t>
      </w:r>
    </w:p>
    <w:p/>
    <w:p>
      <w:pPr>
        <w:ind w:firstLine="567"/>
      </w:pPr>
      <w:r>
        <w:rPr>
          <w:b w:val="0"/>
          <w:sz w:val="22"/>
        </w:rPr>
        <w:t>O PROMITENTE VENDEDOR promete vender ao PROMITENTE COMPRADOR, que promete comprar, o imóvel situado à _________________________________________________________, matriculado sob nº ________ no Cartório de Registro de Imóveis de ________________, com as seguintes características: ____________________________________________________________.</w:t>
      </w:r>
    </w:p>
    <w:p/>
    <w:p>
      <w:r>
        <w:rPr>
          <w:b/>
          <w:sz w:val="22"/>
        </w:rPr>
        <w:t>CLÁUSULA SEGUNDA – DO PREÇO E FORMA DE PAGAMENTO</w:t>
      </w:r>
    </w:p>
    <w:p/>
    <w:p>
      <w:pPr>
        <w:ind w:firstLine="567"/>
      </w:pPr>
      <w:r>
        <w:rPr>
          <w:b w:val="0"/>
          <w:sz w:val="22"/>
        </w:rPr>
        <w:t>O preço certo e ajustado para a presente compra e venda é de R$ ____________________________, que o PROMITENTE COMPRADOR pagará ao PROMITENTE VENDEDOR da seguinte forma:</w:t>
      </w:r>
    </w:p>
    <w:p>
      <w:pPr>
        <w:ind w:firstLine="567"/>
      </w:pPr>
      <w:r>
        <w:rPr>
          <w:b w:val="0"/>
          <w:sz w:val="22"/>
        </w:rPr>
        <w:t>a) Sinal de R$ ____________________________, pago nesta data, cujo recebimento o PROMITENTE VENDEDOR dá plena, certa e irrevogável quitação;</w:t>
      </w:r>
    </w:p>
    <w:p>
      <w:pPr>
        <w:ind w:firstLine="567"/>
      </w:pPr>
      <w:r>
        <w:rPr>
          <w:b w:val="0"/>
          <w:sz w:val="22"/>
        </w:rPr>
        <w:t>b) O saldo de R$ ____________________________, será pago em __ (__) parcelas mensais, iguais e consecutivas, vencendo-se a primeira em __/____ e as demais no mesmo dia dos meses subsequentes.</w:t>
      </w:r>
    </w:p>
    <w:p/>
    <w:p>
      <w:r>
        <w:rPr>
          <w:b/>
          <w:sz w:val="22"/>
        </w:rPr>
        <w:t>CLÁUSULA TERCEIRA – DAS OBRIGAÇÕES DAS PARTES</w:t>
      </w:r>
    </w:p>
    <w:p/>
    <w:p>
      <w:pPr>
        <w:ind w:firstLine="567"/>
      </w:pPr>
      <w:r>
        <w:rPr>
          <w:b/>
          <w:sz w:val="22"/>
        </w:rPr>
        <w:t>São obrigações do PROMITENTE VENDEDOR:</w:t>
      </w:r>
    </w:p>
    <w:p>
      <w:pPr>
        <w:ind w:firstLine="567"/>
      </w:pPr>
      <w:r>
        <w:rPr>
          <w:b w:val="0"/>
          <w:sz w:val="22"/>
        </w:rPr>
        <w:t>a) Entregar o imóvel livre e desembaraçado de quaisquer ônus, dívidas ou litígios;</w:t>
      </w:r>
    </w:p>
    <w:p>
      <w:pPr>
        <w:ind w:firstLine="567"/>
      </w:pPr>
      <w:r>
        <w:rPr>
          <w:b w:val="0"/>
          <w:sz w:val="22"/>
        </w:rPr>
        <w:t>b) Fornecer toda a documentação necessária para a transferência do imóvel;</w:t>
      </w:r>
    </w:p>
    <w:p>
      <w:pPr>
        <w:ind w:firstLine="567"/>
      </w:pPr>
      <w:r>
        <w:rPr>
          <w:b w:val="0"/>
          <w:sz w:val="22"/>
        </w:rPr>
        <w:t>c) Responder por evicção de direitos e garantia contra vícios ocultos.</w:t>
      </w:r>
    </w:p>
    <w:p/>
    <w:p>
      <w:pPr>
        <w:ind w:firstLine="567"/>
      </w:pPr>
      <w:r>
        <w:rPr>
          <w:b/>
          <w:sz w:val="22"/>
        </w:rPr>
        <w:t>São obrigações do PROMITENTE COMPRADOR:</w:t>
      </w:r>
    </w:p>
    <w:p>
      <w:pPr>
        <w:ind w:firstLine="567"/>
      </w:pPr>
      <w:r>
        <w:rPr>
          <w:b w:val="0"/>
          <w:sz w:val="22"/>
        </w:rPr>
        <w:t>a) Efetuar o pagamento pontual do preço ajustado;</w:t>
      </w:r>
    </w:p>
    <w:p>
      <w:pPr>
        <w:ind w:firstLine="567"/>
      </w:pPr>
      <w:r>
        <w:rPr>
          <w:b w:val="0"/>
          <w:sz w:val="22"/>
        </w:rPr>
        <w:t>b) Assumir as despesas referentes à escritura definitiva e registro do imóvel;</w:t>
      </w:r>
    </w:p>
    <w:p>
      <w:pPr>
        <w:ind w:firstLine="567"/>
      </w:pPr>
      <w:r>
        <w:rPr>
          <w:b w:val="0"/>
          <w:sz w:val="22"/>
        </w:rPr>
        <w:t>c) Respeitar as condições e prazos estabelecidos neste contrato.</w:t>
      </w:r>
    </w:p>
    <w:p/>
    <w:p>
      <w:r>
        <w:rPr>
          <w:b/>
          <w:sz w:val="22"/>
        </w:rPr>
        <w:t>CLÁUSULA QUARTA – DA POSSE E TRANSFERÊNCIA</w:t>
      </w:r>
    </w:p>
    <w:p/>
    <w:p>
      <w:pPr>
        <w:ind w:firstLine="567"/>
      </w:pPr>
      <w:r>
        <w:rPr>
          <w:b w:val="0"/>
          <w:sz w:val="22"/>
        </w:rPr>
        <w:t>A posse do imóvel será transmitida ao PROMITENTE COMPRADOR após o pagamento do sinal previsto na Cláusula Segunda. A escritura definitiva será outorgada no prazo máximo de __ (__) dias após o pagamento integral do preço.</w:t>
      </w:r>
    </w:p>
    <w:p/>
    <w:p>
      <w:r>
        <w:rPr>
          <w:b/>
          <w:sz w:val="22"/>
        </w:rPr>
        <w:t>CLÁUSULA QUINTA – DAS PENALIDADES</w:t>
      </w:r>
    </w:p>
    <w:p/>
    <w:p>
      <w:pPr>
        <w:ind w:firstLine="567"/>
      </w:pPr>
      <w:r>
        <w:rPr>
          <w:b w:val="0"/>
          <w:sz w:val="22"/>
        </w:rPr>
        <w:t>Em caso de inadimplemento de qualquer das partes, será aplicada multa de 10% (dez por cento) sobre o valor total do contrato, sem prejuízo de perdas e danos e demais cominações legais.</w:t>
      </w:r>
    </w:p>
    <w:p/>
    <w:p>
      <w:r>
        <w:rPr>
          <w:b/>
          <w:sz w:val="22"/>
        </w:rPr>
        <w:t>CLÁUSULA SEXTA – DAS DISPOSIÇÕES GERAIS</w:t>
      </w:r>
    </w:p>
    <w:p/>
    <w:p>
      <w:pPr>
        <w:ind w:firstLine="567"/>
      </w:pPr>
      <w:r>
        <w:rPr>
          <w:b w:val="0"/>
          <w:sz w:val="22"/>
        </w:rPr>
        <w:t>As partes elegem o foro da comarca de _______________________ para dirimir quaisquer dúvidas ou litígios oriundos deste contrato.</w:t>
      </w:r>
    </w:p>
    <w:p/>
    <w:p>
      <w:pPr>
        <w:ind w:firstLine="567"/>
      </w:pPr>
      <w:r>
        <w:rPr>
          <w:b w:val="0"/>
          <w:sz w:val="22"/>
        </w:rPr>
        <w:t>E por estarem assim justas e contratadas, firmam o presente instrumento em 2 (duas) vias de igual teor, para um só efeito, na presença de duas testemunhas.</w:t>
      </w:r>
    </w:p>
    <w:p/>
    <w:p/>
    <w:p/>
    <w:p>
      <w:pPr>
        <w:jc w:val="center"/>
      </w:pPr>
      <w:r>
        <w:rPr>
          <w:b/>
        </w:rPr>
        <w:t>__________________________________________</w:t>
        <w:br/>
      </w:r>
      <w:r>
        <w:t>PROMITENTE VENDEDOR</w:t>
      </w:r>
    </w:p>
    <w:p/>
    <w:p/>
    <w:p>
      <w:pPr>
        <w:jc w:val="center"/>
      </w:pPr>
      <w:r>
        <w:rPr>
          <w:b/>
        </w:rPr>
        <w:t>__________________________________________</w:t>
        <w:br/>
      </w:r>
      <w:r>
        <w:t>PROMITENTE COMPRADOR</w:t>
      </w:r>
    </w:p>
    <w:p/>
    <w:p/>
    <w:p/>
    <w:p>
      <w:pPr>
        <w:jc w:val="center"/>
      </w:pPr>
      <w:r>
        <w:rPr>
          <w:b/>
        </w:rPr>
        <w:t>TESTEMUNHAS:</w:t>
        <w:br/>
      </w:r>
    </w:p>
    <w:p/>
    <w:p>
      <w:pPr>
        <w:jc w:val="left"/>
      </w:pPr>
      <w:r>
        <w:rPr>
          <w:b w:val="0"/>
        </w:rPr>
        <w:t>1) _______________________________________</w:t>
        <w:br/>
      </w:r>
      <w:r>
        <w:t xml:space="preserve">    Nome:</w:t>
        <w:br/>
        <w:t xml:space="preserve">    CPF:</w:t>
        <w:br/>
      </w:r>
    </w:p>
    <w:p/>
    <w:p>
      <w:pPr>
        <w:jc w:val="left"/>
      </w:pPr>
      <w:r>
        <w:rPr>
          <w:b w:val="0"/>
        </w:rPr>
        <w:t>2) _______________________________________</w:t>
        <w:br/>
      </w:r>
      <w:r>
        <w:t xml:space="preserve">    Nome:</w:t>
        <w:br/>
        <w:t xml:space="preserve">    CPF:</w:t>
        <w:br/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https://documentos-juris.com/contrato-de-promessa-de-compra-e-venda/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contrato-de-promessa-de-compra-e-venda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