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DE ARRENDAMENTO RURAL</w:t>
      </w:r>
    </w:p>
    <w:p/>
    <w:p/>
    <w:p>
      <w:r>
        <w:rPr>
          <w:b w:val="0"/>
          <w:sz w:val="22"/>
        </w:rPr>
        <w:t>Pelo presente instrumento particular, de um lado, como ARRENDADOR,</w:t>
      </w:r>
    </w:p>
    <w:p>
      <w:r>
        <w:rPr>
          <w:b w:val="0"/>
          <w:sz w:val="22"/>
        </w:rPr>
        <w:t>__________________________________________________________, brasileiro(a),</w:t>
      </w:r>
    </w:p>
    <w:p>
      <w:r>
        <w:rPr>
          <w:b w:val="0"/>
          <w:sz w:val="22"/>
        </w:rPr>
        <w:t>portador(a) do RG nº ______________________ e CPF nº ______________________,</w:t>
      </w:r>
    </w:p>
    <w:p>
      <w:r>
        <w:rPr>
          <w:b w:val="0"/>
          <w:sz w:val="22"/>
        </w:rPr>
        <w:t>residente e domiciliado(a) à __________________________________________________,</w:t>
      </w:r>
    </w:p>
    <w:p>
      <w:r>
        <w:rPr>
          <w:b w:val="0"/>
          <w:sz w:val="22"/>
        </w:rPr>
        <w:t>e de outro lado, como ARRENDATÁRIO,</w:t>
      </w:r>
    </w:p>
    <w:p>
      <w:r>
        <w:rPr>
          <w:b w:val="0"/>
          <w:sz w:val="22"/>
        </w:rPr>
        <w:t>__________________________________________________________, brasileiro(a),</w:t>
      </w:r>
    </w:p>
    <w:p>
      <w:r>
        <w:rPr>
          <w:b w:val="0"/>
          <w:sz w:val="22"/>
        </w:rPr>
        <w:t>portador(a) do RG nº ______________________ e CPF nº ______________________,</w:t>
      </w:r>
    </w:p>
    <w:p>
      <w:r>
        <w:rPr>
          <w:b w:val="0"/>
          <w:sz w:val="22"/>
        </w:rPr>
        <w:t>residente e domiciliado(a) à __________________________________________________,</w:t>
      </w:r>
    </w:p>
    <w:p>
      <w:r>
        <w:rPr>
          <w:b w:val="0"/>
          <w:sz w:val="22"/>
        </w:rPr>
        <w:t>têm entre si justo e contratado o presente Contrato de Arrendamento Rural,</w:t>
      </w:r>
    </w:p>
    <w:p>
      <w:r>
        <w:rPr>
          <w:b w:val="0"/>
          <w:sz w:val="22"/>
        </w:rPr>
        <w:t>que se regerá pelas cláusulas e condições seguintes:</w:t>
      </w:r>
    </w:p>
    <w:p/>
    <w:p/>
    <w:p>
      <w:r>
        <w:rPr>
          <w:b/>
          <w:sz w:val="22"/>
        </w:rPr>
        <w:t>CLÁUSULA PRIMEIRA – DO OBJETO</w:t>
      </w:r>
    </w:p>
    <w:p>
      <w:r>
        <w:rPr>
          <w:b w:val="0"/>
          <w:sz w:val="22"/>
        </w:rPr>
        <w:t>O ARRENDADOR arrenda ao ARRENDATÁRIO, que aceita, o imóvel rural denominado</w:t>
      </w:r>
    </w:p>
    <w:p>
      <w:r>
        <w:rPr>
          <w:b w:val="0"/>
          <w:sz w:val="22"/>
        </w:rPr>
        <w:t>______________________________________________________, localizado no município de</w:t>
      </w:r>
    </w:p>
    <w:p>
      <w:r>
        <w:rPr>
          <w:b w:val="0"/>
          <w:sz w:val="22"/>
        </w:rPr>
        <w:t>______________________, Estado de ________________, com as seguintes características:</w:t>
      </w:r>
    </w:p>
    <w:p>
      <w:r>
        <w:rPr>
          <w:b w:val="0"/>
          <w:sz w:val="22"/>
        </w:rPr>
        <w:t>_______________________________________________________________.</w:t>
      </w:r>
    </w:p>
    <w:p/>
    <w:p>
      <w:r>
        <w:rPr>
          <w:b/>
          <w:sz w:val="22"/>
        </w:rPr>
        <w:t>CLÁUSULA SEGUNDA – DA DESTINAÇÃO</w:t>
      </w:r>
    </w:p>
    <w:p>
      <w:r>
        <w:rPr>
          <w:b w:val="0"/>
          <w:sz w:val="22"/>
        </w:rPr>
        <w:t>O imóvel objeto deste contrato destina-se exclusivamente à exploração agrícola,</w:t>
      </w:r>
    </w:p>
    <w:p>
      <w:r>
        <w:rPr>
          <w:b w:val="0"/>
          <w:sz w:val="22"/>
        </w:rPr>
        <w:t>pecuária e/ou agroindustrial, sendo vedada sua utilização para fins diversos, salvo</w:t>
      </w:r>
    </w:p>
    <w:p>
      <w:r>
        <w:rPr>
          <w:b w:val="0"/>
          <w:sz w:val="22"/>
        </w:rPr>
        <w:t>com autorização expressa do ARRENDADOR.</w:t>
      </w:r>
    </w:p>
    <w:p/>
    <w:p>
      <w:r>
        <w:rPr>
          <w:b/>
          <w:sz w:val="22"/>
        </w:rPr>
        <w:t>CLÁUSULA TERCEIRA – DO PRAZO</w:t>
      </w:r>
    </w:p>
    <w:p>
      <w:r>
        <w:rPr>
          <w:b w:val="0"/>
          <w:sz w:val="22"/>
        </w:rPr>
        <w:t>O presente contrato tem prazo de duração de ______ (__________) anos, com início</w:t>
      </w:r>
    </w:p>
    <w:p>
      <w:r>
        <w:rPr>
          <w:b w:val="0"/>
          <w:sz w:val="22"/>
        </w:rPr>
        <w:t>em __/__/____ e término em __/__/____, podendo ser prorrogado mediante acordo</w:t>
      </w:r>
    </w:p>
    <w:p>
      <w:r>
        <w:rPr>
          <w:b w:val="0"/>
          <w:sz w:val="22"/>
        </w:rPr>
        <w:t>escrito entre as partes.</w:t>
      </w:r>
    </w:p>
    <w:p/>
    <w:p>
      <w:r>
        <w:rPr>
          <w:b/>
          <w:sz w:val="22"/>
        </w:rPr>
        <w:t>CLÁUSULA QUARTA – DO VALOR E FORMA DE PAGAMENTO</w:t>
      </w:r>
    </w:p>
    <w:p>
      <w:r>
        <w:rPr>
          <w:b w:val="0"/>
          <w:sz w:val="22"/>
        </w:rPr>
        <w:t>O ARRENDATÁRIO pagará ao ARRENDADOR, a título de arrendamento, a quantia anual de R$</w:t>
      </w:r>
    </w:p>
    <w:p>
      <w:r>
        <w:rPr>
          <w:b w:val="0"/>
          <w:sz w:val="22"/>
        </w:rPr>
        <w:t>________________________ (__________________________________________________),</w:t>
      </w:r>
    </w:p>
    <w:p>
      <w:r>
        <w:rPr>
          <w:b w:val="0"/>
          <w:sz w:val="22"/>
        </w:rPr>
        <w:t>que será paga em ______ parcelas iguais e sucessivas, vencendo-se a primeira em __/__/____.</w:t>
      </w:r>
    </w:p>
    <w:p/>
    <w:p>
      <w:r>
        <w:rPr>
          <w:b/>
          <w:sz w:val="22"/>
        </w:rPr>
        <w:t>CLÁUSULA QUINTA – DAS OBRIGAÇÕES DO ARRENDATÁRIO</w:t>
      </w:r>
    </w:p>
    <w:p>
      <w:r>
        <w:rPr>
          <w:b w:val="0"/>
          <w:sz w:val="22"/>
        </w:rPr>
        <w:t>São obrigações do ARRENDATÁRIO:</w:t>
      </w:r>
    </w:p>
    <w:p>
      <w:r>
        <w:rPr>
          <w:b w:val="0"/>
          <w:sz w:val="22"/>
        </w:rPr>
        <w:t>a) Utilizar o imóvel para os fins previstos neste contrato;</w:t>
      </w:r>
    </w:p>
    <w:p>
      <w:r>
        <w:rPr>
          <w:b w:val="0"/>
          <w:sz w:val="22"/>
        </w:rPr>
        <w:t>b) Zelar pela conservação do imóvel, realizando as melhorias necessárias;</w:t>
      </w:r>
    </w:p>
    <w:p>
      <w:r>
        <w:rPr>
          <w:b w:val="0"/>
          <w:sz w:val="22"/>
        </w:rPr>
        <w:t>c) Cumprir as normas ambientais e agrárias vigentes;</w:t>
      </w:r>
    </w:p>
    <w:p>
      <w:r>
        <w:rPr>
          <w:b w:val="0"/>
          <w:sz w:val="22"/>
        </w:rPr>
        <w:t>d) Pagar pontualmente o valor do arrendamento;</w:t>
      </w:r>
    </w:p>
    <w:p>
      <w:r>
        <w:rPr>
          <w:b w:val="0"/>
          <w:sz w:val="22"/>
        </w:rPr>
        <w:t>e) Não transferir ou ceder o contrato sem consentimento do ARRENDADOR;</w:t>
      </w:r>
    </w:p>
    <w:p>
      <w:r>
        <w:rPr>
          <w:b w:val="0"/>
          <w:sz w:val="22"/>
        </w:rPr>
        <w:t>f) Informar ao ARRENDADOR sobre qualquer fato relevante que comprometa o imóvel.</w:t>
      </w:r>
    </w:p>
    <w:p/>
    <w:p>
      <w:r>
        <w:rPr>
          <w:b/>
          <w:sz w:val="22"/>
        </w:rPr>
        <w:t>CLÁUSULA SEXTA – DAS OBRIGAÇÕES DO ARRENDADOR</w:t>
      </w:r>
    </w:p>
    <w:p>
      <w:r>
        <w:rPr>
          <w:b w:val="0"/>
          <w:sz w:val="22"/>
        </w:rPr>
        <w:t>São obrigações do ARRENDADOR:</w:t>
      </w:r>
    </w:p>
    <w:p>
      <w:r>
        <w:rPr>
          <w:b w:val="0"/>
          <w:sz w:val="22"/>
        </w:rPr>
        <w:t>a) Entregar o imóvel em condições de uso;</w:t>
      </w:r>
    </w:p>
    <w:p>
      <w:r>
        <w:rPr>
          <w:b w:val="0"/>
          <w:sz w:val="22"/>
        </w:rPr>
        <w:t>b) Respeitar o direito do ARRENDATÁRIO durante o prazo do contrato;</w:t>
      </w:r>
    </w:p>
    <w:p>
      <w:r>
        <w:rPr>
          <w:b w:val="0"/>
          <w:sz w:val="22"/>
        </w:rPr>
        <w:t>c) Não perturbar a posse do ARRENDATÁRIO;</w:t>
      </w:r>
    </w:p>
    <w:p>
      <w:r>
        <w:rPr>
          <w:b w:val="0"/>
          <w:sz w:val="22"/>
        </w:rPr>
        <w:t>d) Fornecer os documentos necessários à comprovação da propriedade e regularidade do imóvel.</w:t>
      </w:r>
    </w:p>
    <w:p/>
    <w:p>
      <w:r>
        <w:rPr>
          <w:b/>
          <w:sz w:val="22"/>
        </w:rPr>
        <w:t>CLÁUSULA SÉTIMA – DAS BENFEITORIAS</w:t>
      </w:r>
    </w:p>
    <w:p>
      <w:r>
        <w:rPr>
          <w:b w:val="0"/>
          <w:sz w:val="22"/>
        </w:rPr>
        <w:t>As benfeitorias realizadas pelo ARRENDATÁRIO, ainda que necessárias, não serão</w:t>
      </w:r>
    </w:p>
    <w:p>
      <w:r>
        <w:rPr>
          <w:b w:val="0"/>
          <w:sz w:val="22"/>
        </w:rPr>
        <w:t>indemnizadas, ficando incorporadas ao imóvel, salvo se houver acordo escrito em contrário.</w:t>
      </w:r>
    </w:p>
    <w:p/>
    <w:p>
      <w:r>
        <w:rPr>
          <w:b/>
          <w:sz w:val="22"/>
        </w:rPr>
        <w:t>CLÁUSULA OITAVA – DA RESCISÃO</w:t>
      </w:r>
    </w:p>
    <w:p>
      <w:r>
        <w:rPr>
          <w:b w:val="0"/>
          <w:sz w:val="22"/>
        </w:rPr>
        <w:t>O presente contrato poderá ser rescindido nas hipóteses previstas em lei, ou por:</w:t>
      </w:r>
    </w:p>
    <w:p>
      <w:r>
        <w:rPr>
          <w:b w:val="0"/>
          <w:sz w:val="22"/>
        </w:rPr>
        <w:t>a) inadimplência de qualquer das partes;</w:t>
      </w:r>
    </w:p>
    <w:p>
      <w:r>
        <w:rPr>
          <w:b w:val="0"/>
          <w:sz w:val="22"/>
        </w:rPr>
        <w:t>b) descumprimento das obrigações contratuais;</w:t>
      </w:r>
    </w:p>
    <w:p>
      <w:r>
        <w:rPr>
          <w:b w:val="0"/>
          <w:sz w:val="22"/>
        </w:rPr>
        <w:t>c) mútuo acordo entre as partes;</w:t>
      </w:r>
    </w:p>
    <w:p>
      <w:r>
        <w:rPr>
          <w:b w:val="0"/>
          <w:sz w:val="22"/>
        </w:rPr>
        <w:t>d) motivo de força maior que impossibilite a continuidade do contrato.</w:t>
      </w:r>
    </w:p>
    <w:p/>
    <w:p>
      <w:r>
        <w:rPr>
          <w:b/>
          <w:sz w:val="22"/>
        </w:rPr>
        <w:t>CLÁUSULA NONA – DAS PENALIDADES</w:t>
      </w:r>
    </w:p>
    <w:p>
      <w:r>
        <w:rPr>
          <w:b w:val="0"/>
          <w:sz w:val="22"/>
        </w:rPr>
        <w:t>O descumprimento de quaisquer cláusulas deste contrato sujeita a parte infratora ao pagamento</w:t>
      </w:r>
    </w:p>
    <w:p>
      <w:r>
        <w:rPr>
          <w:b w:val="0"/>
          <w:sz w:val="22"/>
        </w:rPr>
        <w:t>de multa equivalente a 10% (dez por cento) do valor total do contrato, sem prejuízo de perdas e danos.</w:t>
      </w:r>
    </w:p>
    <w:p/>
    <w:p>
      <w:r>
        <w:rPr>
          <w:b/>
          <w:sz w:val="22"/>
        </w:rPr>
        <w:t>CLÁUSULA DÉCIMA – DA SUCESSÃO</w:t>
      </w:r>
    </w:p>
    <w:p>
      <w:r>
        <w:rPr>
          <w:b w:val="0"/>
          <w:sz w:val="22"/>
        </w:rPr>
        <w:t>Este contrato obriga as partes e seus sucessores, a qualquer título, sendo vedada a cessão</w:t>
      </w:r>
    </w:p>
    <w:p>
      <w:r>
        <w:rPr>
          <w:b w:val="0"/>
          <w:sz w:val="22"/>
        </w:rPr>
        <w:t>ou transferência sem prévia autorização por escrito.</w:t>
      </w:r>
    </w:p>
    <w:p/>
    <w:p>
      <w:r>
        <w:rPr>
          <w:b/>
          <w:sz w:val="22"/>
        </w:rPr>
        <w:t>CLÁUSULA DÉCIMA PRIMEIRA – DO FORO</w:t>
      </w:r>
    </w:p>
    <w:p>
      <w:r>
        <w:rPr>
          <w:b w:val="0"/>
          <w:sz w:val="22"/>
        </w:rPr>
        <w:t>Para dirimir quaisquer controvérsias oriundas deste contrato, as partes elegem o foro da comarca</w:t>
      </w:r>
    </w:p>
    <w:p>
      <w:r>
        <w:rPr>
          <w:b w:val="0"/>
          <w:sz w:val="22"/>
        </w:rPr>
        <w:t>de ______________________, Estado de ____________________, renunciando a qualquer outro, por mais privilegiado que seja.</w:t>
      </w:r>
    </w:p>
    <w:p/>
    <w:p/>
    <w:p>
      <w:r>
        <w:rPr>
          <w:b w:val="0"/>
          <w:sz w:val="22"/>
        </w:rPr>
        <w:t>E, por estarem assim justos e contratados, assinam o presente contrato em 2 (duas) vias de igual teor e forma, para um só efeito, na presença de duas testemunhas.</w:t>
      </w:r>
    </w:p>
    <w:p/>
    <w:p/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__________________________________________</w:t>
              <w:br/>
              <w:t>ARRENDADOR</w:t>
              <w:br/>
              <w:t>Nome: _______________________________</w:t>
              <w:br/>
              <w:t>CPF: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__________________________________________</w:t>
              <w:br/>
              <w:t>ARRENDATÁRIO</w:t>
              <w:br/>
              <w:t>Nome: _______________________________</w:t>
              <w:br/>
              <w:t>CPF: 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__________________________________________</w:t>
              <w:br/>
              <w:t>TESTEMUNHA 1</w:t>
              <w:br/>
              <w:t>Nome: _______________________________</w:t>
              <w:br/>
              <w:t>CPF: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__________________________________________</w:t>
              <w:br/>
              <w:t>TESTEMUNHA 2</w:t>
              <w:br/>
              <w:t>Nome: _______________________________</w:t>
              <w:br/>
              <w:t>CPF: 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https://documentos-juris.com/contrato-de-arrendamento-rural/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ris.com/contrato-de-arrendamento-rural/" TargetMode="External"/><Relationship Id="rId10" Type="http://schemas.openxmlformats.org/officeDocument/2006/relationships/hyperlink" Target="https://documentos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