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ADESÃO</w:t>
      </w:r>
    </w:p>
    <w:p/>
    <w:p/>
    <w:p>
      <w:r>
        <w:rPr>
          <w:b/>
          <w:sz w:val="20"/>
        </w:rPr>
        <w:t>Pelo presente instrumento particular, de um lado, como CONTRATANTE: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0"/>
        </w:rPr>
        <w:t>E, de outro lado, como CONTRATADA:</w:t>
      </w:r>
    </w:p>
    <w:p>
      <w:r>
        <w:rPr>
          <w:b w:val="0"/>
          <w:sz w:val="20"/>
        </w:rPr>
        <w:t>Nome/Razão Social: 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/>
    <w:p>
      <w:r>
        <w:rPr>
          <w:b/>
          <w:sz w:val="22"/>
        </w:rPr>
        <w:t>CLÁUSULA PRIMEIRA – DO OBJETO</w:t>
      </w:r>
    </w:p>
    <w:p>
      <w:r>
        <w:rPr>
          <w:b w:val="0"/>
          <w:sz w:val="20"/>
        </w:rPr>
        <w:t>O presente contrato tem por objeto a prestação dos seguintes serviços/produtos: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CLÁUSULA SEGUNDA – DAS CONDIÇÕES DE ADESÃO</w:t>
      </w:r>
    </w:p>
    <w:p>
      <w:r>
        <w:rPr>
          <w:b w:val="0"/>
          <w:sz w:val="20"/>
        </w:rPr>
        <w:t>O CONTRATANTE declara ter ciência e aceitar todas as condições previstas neste contrato,</w:t>
      </w:r>
    </w:p>
    <w:p>
      <w:r>
        <w:rPr>
          <w:b w:val="0"/>
          <w:sz w:val="20"/>
        </w:rPr>
        <w:t>sem possibilidade de alteração individual, por se tratar de contrato de adesão.</w:t>
      </w:r>
    </w:p>
    <w:p>
      <w:r>
        <w:rPr>
          <w:b w:val="0"/>
          <w:sz w:val="20"/>
        </w:rPr>
        <w:t>As condições e responsabilidades aqui previstas aplicam-se integralmente.</w:t>
      </w:r>
    </w:p>
    <w:p/>
    <w:p>
      <w:r>
        <w:rPr>
          <w:b/>
          <w:sz w:val="22"/>
        </w:rPr>
        <w:t>CLÁUSULA TERCEIRA – DAS OBRIGAÇÕES DAS PARTES</w:t>
      </w:r>
    </w:p>
    <w:p>
      <w:r>
        <w:rPr>
          <w:b w:val="0"/>
          <w:sz w:val="20"/>
        </w:rPr>
        <w:t>3.1. Obrigações da CONTRATADA:</w:t>
      </w:r>
    </w:p>
    <w:p>
      <w:r>
        <w:rPr>
          <w:b w:val="0"/>
          <w:sz w:val="20"/>
        </w:rPr>
        <w:t>- Prestar os serviços/produtos especificados com qualidade e dentro dos prazos estipulados;</w:t>
      </w:r>
    </w:p>
    <w:p>
      <w:r>
        <w:rPr>
          <w:b w:val="0"/>
          <w:sz w:val="20"/>
        </w:rPr>
        <w:t>- Fornecer suporte técnico e atendimento conforme condições contratadas;</w:t>
      </w:r>
    </w:p>
    <w:p>
      <w:r>
        <w:rPr>
          <w:b w:val="0"/>
          <w:sz w:val="20"/>
        </w:rPr>
        <w:t>- Respeitar a legislação vigente aplicável ao objeto deste contrato.</w:t>
      </w:r>
    </w:p>
    <w:p/>
    <w:p>
      <w:r>
        <w:rPr>
          <w:b w:val="0"/>
          <w:sz w:val="20"/>
        </w:rPr>
        <w:t>3.2. Obrigações do CONTRATANTE:</w:t>
      </w:r>
    </w:p>
    <w:p>
      <w:r>
        <w:rPr>
          <w:b w:val="0"/>
          <w:sz w:val="20"/>
        </w:rPr>
        <w:t>- Fornecer todas as informações necessárias para a correta execução do serviço/produto;</w:t>
      </w:r>
    </w:p>
    <w:p>
      <w:r>
        <w:rPr>
          <w:b w:val="0"/>
          <w:sz w:val="20"/>
        </w:rPr>
        <w:t>- Efetuar o pagamento nas condições e prazos estipulados neste contrato;</w:t>
      </w:r>
    </w:p>
    <w:p>
      <w:r>
        <w:rPr>
          <w:b w:val="0"/>
          <w:sz w:val="20"/>
        </w:rPr>
        <w:t>- Cumprir as normas e procedimentos indicados pela CONTRATADA.</w:t>
      </w:r>
    </w:p>
    <w:p/>
    <w:p>
      <w:r>
        <w:rPr>
          <w:b/>
          <w:sz w:val="22"/>
        </w:rPr>
        <w:t>CLÁUSULA QUARTA – DO PRAZO E VIGÊNCIA</w:t>
      </w:r>
    </w:p>
    <w:p>
      <w:r>
        <w:rPr>
          <w:b w:val="0"/>
          <w:sz w:val="20"/>
        </w:rPr>
        <w:t>O presente contrato terá vigência pelo prazo de ________________, contados a partir da data de sua assinatura,</w:t>
      </w:r>
    </w:p>
    <w:p>
      <w:r>
        <w:rPr>
          <w:b w:val="0"/>
          <w:sz w:val="20"/>
        </w:rPr>
        <w:t>prorrogando-se automaticamente por iguais períodos, salvo manifestação contrária de qualquer das partes, com antecedência mínima de 30 (trinta) dias.</w:t>
      </w:r>
    </w:p>
    <w:p/>
    <w:p>
      <w:r>
        <w:rPr>
          <w:b/>
          <w:sz w:val="22"/>
        </w:rPr>
        <w:t>CLÁUSULA QUINTA – DO VALOR E FORMA DE PAGAMENTO</w:t>
      </w:r>
    </w:p>
    <w:p>
      <w:r>
        <w:rPr>
          <w:b w:val="0"/>
          <w:sz w:val="20"/>
        </w:rPr>
        <w:t>O CONTRATANTE pagará à CONTRATADA o valor total de R$ ______________ (__________________________________),</w:t>
      </w:r>
    </w:p>
    <w:p>
      <w:r>
        <w:rPr>
          <w:b w:val="0"/>
          <w:sz w:val="20"/>
        </w:rPr>
        <w:t>de acordo com as seguintes condições:</w:t>
      </w:r>
    </w:p>
    <w:p>
      <w:r>
        <w:rPr>
          <w:b w:val="0"/>
          <w:sz w:val="20"/>
        </w:rPr>
        <w:t>- Forma de pagamento: __________________________________________________</w:t>
      </w:r>
    </w:p>
    <w:p>
      <w:r>
        <w:rPr>
          <w:b w:val="0"/>
          <w:sz w:val="20"/>
        </w:rPr>
        <w:t>- Vencimento(s): ______________________________________________________</w:t>
      </w:r>
    </w:p>
    <w:p>
      <w:r>
        <w:rPr>
          <w:b w:val="0"/>
          <w:sz w:val="20"/>
        </w:rPr>
        <w:t>- Multa por atraso: 2% (dois por cento) sobre o valor devido, acrescido de juros de 1% ao mês.</w:t>
      </w:r>
    </w:p>
    <w:p/>
    <w:p>
      <w:r>
        <w:rPr>
          <w:b/>
          <w:sz w:val="22"/>
        </w:rPr>
        <w:t>CLÁUSULA SEXTA – DA RESCISÃO</w:t>
      </w:r>
    </w:p>
    <w:p>
      <w:r>
        <w:rPr>
          <w:b w:val="0"/>
          <w:sz w:val="20"/>
        </w:rPr>
        <w:t>O presente contrato poderá ser rescindido por qualquer das partes, mediante notificação por escrito, nas seguintes hipóteses:</w:t>
      </w:r>
    </w:p>
    <w:p>
      <w:r>
        <w:rPr>
          <w:b w:val="0"/>
          <w:sz w:val="20"/>
        </w:rPr>
        <w:t>- Descumprimento de quaisquer das cláusulas pactuadas;</w:t>
      </w:r>
    </w:p>
    <w:p>
      <w:r>
        <w:rPr>
          <w:b w:val="0"/>
          <w:sz w:val="20"/>
        </w:rPr>
        <w:t>- Interesse unilateral mediante aviso prévio de 30 (trinta) dias;</w:t>
      </w:r>
    </w:p>
    <w:p>
      <w:r>
        <w:rPr>
          <w:b w:val="0"/>
          <w:sz w:val="20"/>
        </w:rPr>
        <w:t>- Caso fortuito ou força maior que impeça a continuidade do contrato.</w:t>
      </w:r>
    </w:p>
    <w:p/>
    <w:p>
      <w:r>
        <w:rPr>
          <w:b/>
          <w:sz w:val="22"/>
        </w:rPr>
        <w:t>CLÁUSULA SÉTIMA – DAS PENALIDADES</w:t>
      </w:r>
    </w:p>
    <w:p>
      <w:r>
        <w:rPr>
          <w:b w:val="0"/>
          <w:sz w:val="20"/>
        </w:rPr>
        <w:t>O não cumprimento das obrigações previstas neste contrato sujeitará a parte inadimplente às penalidades legais e contratuais,</w:t>
      </w:r>
    </w:p>
    <w:p>
      <w:r>
        <w:rPr>
          <w:b w:val="0"/>
          <w:sz w:val="20"/>
        </w:rPr>
        <w:t>inclusive perdas e danos, sem prejuízo de outras sanções previstas em lei.</w:t>
      </w:r>
    </w:p>
    <w:p/>
    <w:p>
      <w:r>
        <w:rPr>
          <w:b/>
          <w:sz w:val="22"/>
        </w:rPr>
        <w:t>CLÁUSULA OITAVA – DA CONFIDENCIALIDADE</w:t>
      </w:r>
    </w:p>
    <w:p>
      <w:r>
        <w:rPr>
          <w:b w:val="0"/>
          <w:sz w:val="20"/>
        </w:rPr>
        <w:t>As partes obrigam-se a manter sigilo sobre informações confidenciais obtidas em razão deste contrato,</w:t>
      </w:r>
    </w:p>
    <w:p>
      <w:r>
        <w:rPr>
          <w:b w:val="0"/>
          <w:sz w:val="20"/>
        </w:rPr>
        <w:t>não podendo divulgá-las ou utilizá-las para fins diversos do objeto contratual, salvo autorização expressa.</w:t>
      </w:r>
    </w:p>
    <w:p/>
    <w:p>
      <w:r>
        <w:rPr>
          <w:b/>
          <w:sz w:val="22"/>
        </w:rPr>
        <w:t>CLÁUSULA NONA – DAS DISPOSIÇÕES GERAIS</w:t>
      </w:r>
    </w:p>
    <w:p>
      <w:r>
        <w:rPr>
          <w:b w:val="0"/>
          <w:sz w:val="20"/>
        </w:rPr>
        <w:t>- Qualquer alteração neste contrato somente terá validade se realizada por escrito e assinada por ambas as partes;</w:t>
      </w:r>
    </w:p>
    <w:p>
      <w:r>
        <w:rPr>
          <w:b w:val="0"/>
          <w:sz w:val="20"/>
        </w:rPr>
        <w:t>- A eventual tolerância de uma das partes quanto ao descumprimento de qualquer cláusula não implicará renúncia ou novação;</w:t>
      </w:r>
    </w:p>
    <w:p>
      <w:r>
        <w:rPr>
          <w:b w:val="0"/>
          <w:sz w:val="20"/>
        </w:rPr>
        <w:t>- Este contrato obriga as partes e seus sucessores a qualquer título.</w:t>
      </w:r>
    </w:p>
    <w:p/>
    <w:p>
      <w:r>
        <w:rPr>
          <w:b/>
          <w:sz w:val="22"/>
        </w:rPr>
        <w:t>CLÁUSULA DÉCIMA – DO FORO</w:t>
      </w:r>
    </w:p>
    <w:p>
      <w:r>
        <w:rPr>
          <w:b w:val="0"/>
          <w:sz w:val="20"/>
        </w:rPr>
        <w:t>Fica eleito o foro da comarca de ____________________, Estado de ______________,</w:t>
      </w:r>
    </w:p>
    <w:p>
      <w:r>
        <w:rPr>
          <w:b w:val="0"/>
          <w:sz w:val="20"/>
        </w:rPr>
        <w:t>para dirimir quaisquer controvérsias oriundas deste contrato, com renúncia expressa a qualquer outro, por mais privilegiado que seja.</w:t>
      </w:r>
    </w:p>
    <w:p/>
    <w:p/>
    <w:p/>
    <w:p>
      <w:pPr>
        <w:jc w:val="center"/>
      </w:pPr>
      <w:r>
        <w:rPr>
          <w:b w:val="0"/>
          <w:sz w:val="20"/>
        </w:rPr>
        <w:t>E por estarem assim justas e contratadas, firmam o presente contrato em 2 (duas) vias de igual teor e forma,</w:t>
      </w:r>
    </w:p>
    <w:p>
      <w:pPr>
        <w:jc w:val="center"/>
      </w:pPr>
      <w:r>
        <w:rPr>
          <w:b w:val="0"/>
          <w:sz w:val="20"/>
        </w:rPr>
        <w:t>na presença das testemunhas abaixo.</w:t>
      </w:r>
    </w:p>
    <w:p/>
    <w:p/>
    <w:p/>
    <w:p/>
    <w:p>
      <w:pPr>
        <w:jc w:val="left"/>
      </w:pPr>
      <w:r>
        <w:rPr>
          <w:sz w:val="20"/>
        </w:rPr>
        <w:t>_______________________________________</w:t>
        <w:br/>
        <w:t>CONTRATANTE</w:t>
        <w:br/>
        <w:t>CPF/CNPJ: ________________________</w:t>
      </w:r>
    </w:p>
    <w:p/>
    <w:p/>
    <w:p/>
    <w:p>
      <w:pPr>
        <w:jc w:val="left"/>
      </w:pPr>
      <w:r>
        <w:rPr>
          <w:sz w:val="20"/>
        </w:rPr>
        <w:t>_______________________________________</w:t>
        <w:br/>
        <w:t>CONTRATADA</w:t>
        <w:br/>
        <w:t>CNPJ: __________________________</w:t>
      </w:r>
    </w:p>
    <w:p/>
    <w:p/>
    <w:p/>
    <w:p/>
    <w:p/>
    <w:p>
      <w:pPr>
        <w:jc w:val="left"/>
      </w:pPr>
      <w:r>
        <w:rPr>
          <w:sz w:val="20"/>
        </w:rPr>
        <w:t>Testemunhas:</w:t>
        <w:br/>
        <w:br/>
        <w:t>1) _______________________________________</w:t>
        <w:br/>
        <w:t>Nome:</w:t>
        <w:br/>
        <w:t>CPF:</w:t>
        <w:br/>
        <w:br/>
        <w:t>2) _______________________________________</w:t>
        <w:br/>
        <w:t>Nome:</w:t>
        <w:br/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https://documentos-juris.com/contrato-de-adesao/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contrato-de-adesa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