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PARTICULAR DE COMPRA E VENDA</w:t>
      </w:r>
    </w:p>
    <w:p/>
    <w:p>
      <w:pPr>
        <w:jc w:val="both"/>
      </w:pPr>
      <w:r>
        <w:rPr>
          <w:b w:val="0"/>
          <w:i w:val="0"/>
          <w:sz w:val="22"/>
        </w:rPr>
        <w:t>Pelo presente instrumento particular de Contrato de Compra e Venda, de um lado,</w:t>
      </w:r>
    </w:p>
    <w:p>
      <w:pPr>
        <w:jc w:val="both"/>
      </w:pPr>
      <w:r>
        <w:rPr>
          <w:b w:val="0"/>
          <w:i w:val="0"/>
          <w:sz w:val="22"/>
        </w:rPr>
        <w:t>VENDEDOR(a): ____________________________________________________________, brasileiro(a), portador(a) do CPF nº ________________________, RG nº ________________________, residente e domiciliado(a) à ____________________________________________________________, doravante denominado(a) simplesmente VENDEDOR(a);</w:t>
      </w:r>
    </w:p>
    <w:p/>
    <w:p>
      <w:pPr>
        <w:jc w:val="both"/>
      </w:pPr>
      <w:r>
        <w:rPr>
          <w:b w:val="0"/>
          <w:i w:val="0"/>
          <w:sz w:val="22"/>
        </w:rPr>
        <w:t>E de outro lado,</w:t>
      </w:r>
    </w:p>
    <w:p>
      <w:pPr>
        <w:jc w:val="both"/>
      </w:pPr>
      <w:r>
        <w:rPr>
          <w:b w:val="0"/>
          <w:i w:val="0"/>
          <w:sz w:val="22"/>
        </w:rPr>
        <w:t>COMPRADOR(a): __________________________________________________________, brasileiro(a), portador(a) do CPF nº ________________________, RG nº ________________________, residente e domiciliado(a) à ____________________________________________________________, doravante denominado(a) simplesmente COMPRADOR(a);</w:t>
      </w:r>
    </w:p>
    <w:p/>
    <w:p>
      <w:pPr>
        <w:jc w:val="both"/>
      </w:pPr>
      <w:r>
        <w:rPr>
          <w:b w:val="0"/>
          <w:i w:val="0"/>
          <w:sz w:val="22"/>
        </w:rPr>
        <w:t>Têm entre si, justos e contratados, o presente Contrato de Compra e Venda, que se regerá pelas cláusulas e condições seguintes:</w:t>
      </w:r>
    </w:p>
    <w:p/>
    <w:p/>
    <w:p>
      <w:pPr>
        <w:jc w:val="both"/>
      </w:pPr>
      <w:r>
        <w:rPr>
          <w:b/>
          <w:i w:val="0"/>
          <w:sz w:val="22"/>
        </w:rPr>
        <w:t>CLÁUSULA PRIMEIRA – DO OBJETO</w:t>
      </w:r>
    </w:p>
    <w:p/>
    <w:p>
      <w:pPr>
        <w:jc w:val="both"/>
      </w:pPr>
      <w:r>
        <w:rPr>
          <w:b w:val="0"/>
          <w:i w:val="0"/>
          <w:sz w:val="22"/>
        </w:rPr>
        <w:t>O(a) VENDEDOR(a) é legítimo(a) proprietário(a) e possui plenos poderes para vender o seguinte bem:</w:t>
      </w:r>
    </w:p>
    <w:p>
      <w:pPr>
        <w:jc w:val="both"/>
      </w:pPr>
      <w:r>
        <w:rPr>
          <w:b w:val="0"/>
          <w:i/>
          <w:sz w:val="22"/>
        </w:rPr>
        <w:t>______________________________________________________________________________</w:t>
      </w:r>
    </w:p>
    <w:p>
      <w:pPr>
        <w:jc w:val="both"/>
      </w:pPr>
      <w:r>
        <w:rPr>
          <w:b w:val="0"/>
          <w:i/>
          <w:sz w:val="22"/>
        </w:rPr>
        <w:t>______________________________________________________________________________</w:t>
      </w:r>
    </w:p>
    <w:p>
      <w:pPr>
        <w:jc w:val="both"/>
      </w:pPr>
      <w:r>
        <w:rPr>
          <w:b w:val="0"/>
          <w:i/>
          <w:sz w:val="22"/>
        </w:rPr>
        <w:t>______________________________________________________________________________</w:t>
      </w:r>
    </w:p>
    <w:p/>
    <w:p>
      <w:pPr>
        <w:jc w:val="both"/>
      </w:pPr>
      <w:r>
        <w:rPr>
          <w:b/>
          <w:i w:val="0"/>
          <w:sz w:val="22"/>
        </w:rPr>
        <w:t>CLÁUSULA SEGUNDA – DO ESTADO DO BEM</w:t>
      </w:r>
    </w:p>
    <w:p/>
    <w:p>
      <w:pPr>
        <w:jc w:val="both"/>
      </w:pPr>
      <w:r>
        <w:rPr>
          <w:b w:val="0"/>
          <w:i w:val="0"/>
          <w:sz w:val="22"/>
        </w:rPr>
        <w:t>O bem objeto deste contrato encontra-se em perfeito estado de uso e conservação, não possuindo ônus ou gravames que possam impedir sua venda, salvo os expressamente declarados abaixo:</w:t>
      </w:r>
    </w:p>
    <w:p>
      <w:pPr>
        <w:jc w:val="both"/>
      </w:pPr>
      <w:r>
        <w:rPr>
          <w:b w:val="0"/>
          <w:i/>
          <w:sz w:val="22"/>
        </w:rPr>
        <w:t>______________________________________________________________________________</w:t>
      </w:r>
    </w:p>
    <w:p>
      <w:pPr>
        <w:jc w:val="both"/>
      </w:pPr>
      <w:r>
        <w:rPr>
          <w:b w:val="0"/>
          <w:i/>
          <w:sz w:val="22"/>
        </w:rPr>
        <w:t>______________________________________________________________________________</w:t>
      </w:r>
    </w:p>
    <w:p/>
    <w:p>
      <w:pPr>
        <w:jc w:val="both"/>
      </w:pPr>
      <w:r>
        <w:rPr>
          <w:b/>
          <w:i w:val="0"/>
          <w:sz w:val="22"/>
        </w:rPr>
        <w:t>CLÁUSULA TERCEIRA – DO PREÇO E DA FORMA DE PAGAMENTO</w:t>
      </w:r>
    </w:p>
    <w:p/>
    <w:p>
      <w:pPr>
        <w:jc w:val="both"/>
      </w:pPr>
      <w:r>
        <w:rPr>
          <w:b w:val="0"/>
          <w:i w:val="0"/>
          <w:sz w:val="22"/>
        </w:rPr>
        <w:t>O preço certo e ajustado da presente compra e venda é de R$ ______________________ (______________________________________________), que será pago da seguinte forma:</w:t>
      </w:r>
    </w:p>
    <w:p>
      <w:pPr>
        <w:jc w:val="both"/>
      </w:pPr>
      <w:r>
        <w:rPr>
          <w:b w:val="0"/>
          <w:i w:val="0"/>
          <w:sz w:val="22"/>
        </w:rPr>
        <w:t>______________________________________________________________________________</w:t>
      </w:r>
    </w:p>
    <w:p/>
    <w:p>
      <w:pPr>
        <w:jc w:val="both"/>
      </w:pPr>
      <w:r>
        <w:rPr>
          <w:b/>
          <w:i w:val="0"/>
          <w:sz w:val="22"/>
        </w:rPr>
        <w:t>CLÁUSULA QUARTA – DA ENTREGA DO BEM</w:t>
      </w:r>
    </w:p>
    <w:p/>
    <w:p>
      <w:pPr>
        <w:jc w:val="both"/>
      </w:pPr>
      <w:r>
        <w:rPr>
          <w:b w:val="0"/>
          <w:i w:val="0"/>
          <w:sz w:val="22"/>
        </w:rPr>
        <w:t>A entrega do bem objeto deste contrato será realizada no prazo máximo de ________________ dias a contar da assinatura deste instrumento, no endereço do(a) COMPRADOR(a) ou em outro local por ele indicado.</w:t>
      </w:r>
    </w:p>
    <w:p/>
    <w:p>
      <w:pPr>
        <w:jc w:val="both"/>
      </w:pPr>
      <w:r>
        <w:rPr>
          <w:b/>
          <w:i w:val="0"/>
          <w:sz w:val="22"/>
        </w:rPr>
        <w:t>CLÁUSULA QUINTA – DA TRANSFERÊNCIA DA PROPRIEDADE</w:t>
      </w:r>
    </w:p>
    <w:p/>
    <w:p>
      <w:pPr>
        <w:jc w:val="both"/>
      </w:pPr>
      <w:r>
        <w:rPr>
          <w:b w:val="0"/>
          <w:i w:val="0"/>
          <w:sz w:val="22"/>
        </w:rPr>
        <w:t>A propriedade do bem será transferida ao(à) COMPRADOR(a) somente após o pagamento integral do preço pactuado e a assinatura dos documentos necessários para a transferência, correndo por conta do(a) COMPRADOR(a) todas as despesas e tributos incidentes.</w:t>
      </w:r>
    </w:p>
    <w:p/>
    <w:p>
      <w:pPr>
        <w:jc w:val="both"/>
      </w:pPr>
      <w:r>
        <w:rPr>
          <w:b/>
          <w:i w:val="0"/>
          <w:sz w:val="22"/>
        </w:rPr>
        <w:t>CLÁUSULA SEXTA – DA GARANTIA</w:t>
      </w:r>
    </w:p>
    <w:p/>
    <w:p>
      <w:pPr>
        <w:jc w:val="both"/>
      </w:pPr>
      <w:r>
        <w:rPr>
          <w:b w:val="0"/>
          <w:i w:val="0"/>
          <w:sz w:val="22"/>
        </w:rPr>
        <w:t>O(a) VENDEDOR(a) garante que o bem objeto deste contrato está livre de quaisquer ônus, dívidas, furtos, roubos, ou quaisquer outras pendências judiciais ou administrativas, responsabilizando-se por qualquer reclamação que venha a ser feita por terceiros.</w:t>
      </w:r>
    </w:p>
    <w:p/>
    <w:p>
      <w:pPr>
        <w:jc w:val="both"/>
      </w:pPr>
      <w:r>
        <w:rPr>
          <w:b/>
          <w:i w:val="0"/>
          <w:sz w:val="22"/>
        </w:rPr>
        <w:t>CLÁUSULA SÉTIMA – DA RESCISÃO CONTRATUAL</w:t>
      </w:r>
    </w:p>
    <w:p/>
    <w:p>
      <w:pPr>
        <w:jc w:val="both"/>
      </w:pPr>
      <w:r>
        <w:rPr>
          <w:b w:val="0"/>
          <w:i w:val="0"/>
          <w:sz w:val="22"/>
        </w:rPr>
        <w:t>Em caso de inadimplemento de quaisquer das cláusulas pactuadas, a parte prejudicada poderá considerar rescindido o presente contrato, sem prejuízo da cobrança de perdas e danos.</w:t>
      </w:r>
    </w:p>
    <w:p/>
    <w:p>
      <w:pPr>
        <w:jc w:val="both"/>
      </w:pPr>
      <w:r>
        <w:rPr>
          <w:b/>
          <w:i w:val="0"/>
          <w:sz w:val="22"/>
        </w:rPr>
        <w:t>CLÁUSULA OITAVA – DAS DISPOSIÇÕES GERAIS</w:t>
      </w:r>
    </w:p>
    <w:p/>
    <w:p>
      <w:pPr>
        <w:jc w:val="both"/>
      </w:pPr>
      <w:r>
        <w:rPr>
          <w:b w:val="0"/>
          <w:i w:val="0"/>
          <w:sz w:val="22"/>
        </w:rPr>
        <w:t>Este contrato é celebrado em caráter irrevogável e irretratável, obrigando as partes e seus sucessores a qualquer título.</w:t>
      </w:r>
    </w:p>
    <w:p/>
    <w:p>
      <w:pPr>
        <w:jc w:val="both"/>
      </w:pPr>
      <w:r>
        <w:rPr>
          <w:b/>
          <w:i w:val="0"/>
          <w:sz w:val="22"/>
        </w:rPr>
        <w:t>CLÁUSULA NONA – DO FORO</w:t>
      </w:r>
    </w:p>
    <w:p/>
    <w:p>
      <w:pPr>
        <w:jc w:val="both"/>
      </w:pPr>
      <w:r>
        <w:rPr>
          <w:b w:val="0"/>
          <w:i w:val="0"/>
          <w:sz w:val="22"/>
        </w:rPr>
        <w:t>Para dirimir quaisquer controvérsias oriundas deste contrato, as partes elegem o foro da comarca de ________________________, Estado de ________________, com renúncia expressa a qualquer outro, por mais privilegiado que seja.</w:t>
      </w:r>
    </w:p>
    <w:p/>
    <w:p/>
    <w:p>
      <w:pPr>
        <w:jc w:val="both"/>
      </w:pPr>
      <w:r>
        <w:rPr>
          <w:b w:val="0"/>
          <w:i w:val="0"/>
          <w:sz w:val="22"/>
        </w:rPr>
        <w:t>E por estarem assim justos e contratados, firmam o presente instrumento em duas vias de igual teor e forma, para que produza os seus jurídicos e legais efeitos.</w:t>
      </w:r>
    </w:p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br/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br/>
              <w:br/>
              <w:br/>
              <w:t>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VENDEDOR(a)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COMPRADOR(a)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i/>
              </w:rPr>
              <w:t>CPF: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i/>
              </w:rPr>
              <w:t>CPF: _________________________</w:t>
            </w:r>
          </w:p>
        </w:tc>
      </w:tr>
    </w:tbl>
    <w:p/>
    <w:p/>
    <w:p>
      <w:pPr>
        <w:jc w:val="both"/>
      </w:pPr>
      <w:r>
        <w:rPr>
          <w:b/>
          <w:i w:val="0"/>
          <w:sz w:val="22"/>
        </w:rPr>
        <w:t>Testemunhas: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Nome: 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https://documentos-juris.com/compra-e-venda/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ris.com/compra-e-venda/" TargetMode="External"/><Relationship Id="rId10" Type="http://schemas.openxmlformats.org/officeDocument/2006/relationships/hyperlink" Target="https://documentos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