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ALVARÁ JUDICIAL PARA LEVANTAMENTO DE VALORES</w:t>
      </w:r>
    </w:p>
    <w:p/>
    <w:p/>
    <w:p>
      <w:r>
        <w:rPr>
          <w:b/>
          <w:sz w:val="22"/>
        </w:rPr>
        <w:t>PROCESSO Nº: ____________________________________________</w:t>
      </w:r>
    </w:p>
    <w:p>
      <w:r>
        <w:rPr>
          <w:b/>
          <w:sz w:val="22"/>
        </w:rPr>
        <w:t>REQUERENTE: ____________________________________________</w:t>
      </w:r>
    </w:p>
    <w:p>
      <w:r>
        <w:rPr>
          <w:b/>
          <w:sz w:val="22"/>
        </w:rPr>
        <w:t>REQUERIDO: _____________________________________________</w:t>
      </w:r>
    </w:p>
    <w:p/>
    <w:p/>
    <w:p>
      <w:pPr>
        <w:jc w:val="both"/>
      </w:pPr>
      <w:r>
        <w:rPr>
          <w:b w:val="0"/>
          <w:sz w:val="22"/>
        </w:rPr>
        <w:t>Trata-se de pedido de alvará judicial para levantamento de valores depositados judicialmente, decorrentes do processo referido, para fins de liberação dos valores ao requerente, conforme determina a legislação vigente e a decisão deste juízo.</w:t>
      </w:r>
    </w:p>
    <w:p/>
    <w:p>
      <w:pPr>
        <w:jc w:val="both"/>
      </w:pPr>
      <w:r>
        <w:rPr>
          <w:b w:val="0"/>
          <w:sz w:val="22"/>
        </w:rPr>
        <w:t>Os valores encontram-se depositados em instituição financeira autorizada, vinculados ao presente processo, aguardando autorização judicial para levantamento pelo interessado.</w:t>
      </w:r>
    </w:p>
    <w:p/>
    <w:p>
      <w:r>
        <w:rPr>
          <w:b/>
          <w:sz w:val="22"/>
        </w:rPr>
        <w:t>FUNDAMENTAÇÃO LEGAL</w:t>
      </w:r>
    </w:p>
    <w:p/>
    <w:p>
      <w:pPr>
        <w:jc w:val="both"/>
      </w:pPr>
      <w:r>
        <w:rPr>
          <w:b w:val="0"/>
          <w:sz w:val="22"/>
        </w:rPr>
        <w:t>Conforme disposto no artigo 854 do Código de Processo Civil, é possível a expedição de alvará judicial para levantamento de valores depositados em juízo, quando autorizada pelo magistrado competente.</w:t>
      </w:r>
    </w:p>
    <w:p/>
    <w:p>
      <w:pPr>
        <w:jc w:val="both"/>
      </w:pPr>
      <w:r>
        <w:rPr>
          <w:b w:val="0"/>
          <w:sz w:val="22"/>
        </w:rPr>
        <w:t>Ademais, o levantamento é cabível para quitação de valores reconhecidos judicialmente, respeitando-se os direitos das partes e as garantias previstas em lei.</w:t>
      </w:r>
    </w:p>
    <w:p/>
    <w:p>
      <w:r>
        <w:rPr>
          <w:b/>
          <w:sz w:val="22"/>
        </w:rPr>
        <w:t>PEDIDOS</w:t>
      </w:r>
    </w:p>
    <w:p/>
    <w:p>
      <w:pPr>
        <w:jc w:val="both"/>
      </w:pPr>
      <w:r>
        <w:rPr>
          <w:b/>
          <w:sz w:val="22"/>
        </w:rPr>
        <w:t>Diante do exposto, requer-se:</w:t>
      </w:r>
    </w:p>
    <w:p/>
    <w:p>
      <w:r>
        <w:rPr>
          <w:b w:val="0"/>
          <w:sz w:val="22"/>
        </w:rPr>
        <w:t>- A expedição de alvará judicial autorizando o levantamento dos valores depositados no processo acima mencionado;</w:t>
      </w:r>
    </w:p>
    <w:p>
      <w:r>
        <w:rPr>
          <w:b w:val="0"/>
          <w:sz w:val="22"/>
        </w:rPr>
        <w:t>- Que o alvará seja expedido em nome do(a) requerente ____________________________________________;</w:t>
      </w:r>
    </w:p>
    <w:p>
      <w:r>
        <w:rPr>
          <w:b w:val="0"/>
          <w:sz w:val="22"/>
        </w:rPr>
        <w:t>- Que seja autorizado o levantamento dos valores na instituição financeira onde se encontram depositados;</w:t>
      </w:r>
    </w:p>
    <w:p>
      <w:r>
        <w:rPr>
          <w:b w:val="0"/>
          <w:sz w:val="22"/>
        </w:rPr>
        <w:t>- Que todas as demais providências legais sejam adotadas para a efetivação do levantamento;</w:t>
      </w:r>
    </w:p>
    <w:p/>
    <w:p>
      <w:pPr>
        <w:jc w:val="both"/>
      </w:pPr>
      <w:r>
        <w:rPr>
          <w:b w:val="0"/>
          <w:sz w:val="22"/>
        </w:rPr>
        <w:t>Termos em que, 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</w:t>
      </w:r>
    </w:p>
    <w:p>
      <w:pPr>
        <w:jc w:val="center"/>
      </w:pPr>
      <w:r>
        <w:rPr>
          <w:b w:val="0"/>
          <w:sz w:val="22"/>
        </w:rPr>
        <w:t>Local e Data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Nome do(a) Advogado(a)</w:t>
      </w:r>
    </w:p>
    <w:p>
      <w:pPr>
        <w:jc w:val="center"/>
      </w:pPr>
      <w:r>
        <w:rPr>
          <w:b w:val="0"/>
          <w:sz w:val="22"/>
        </w:rPr>
        <w:t>OAB/UF nº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https://documentos-juris.com/alvara-judicial-para-levantamento-de-valores/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alvara-judicial-para-levantamento-de-valores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